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حبّ الأنصار وعليّ رضي الله عنهم من الإيمان-كتاب الإيمان-صحيح مسلم — رقم الحديث: 78 — الرقم الفرعي: 99 — الرقم الأصلي: 78</w:t>
        <w:br/>
      </w:r>
      <w:r>
        <w:rPr>
          <w:rtl w:val="1"/>
        </w:rPr>
        <w:t xml:space="preserve"> حدثنا أبو بكر بن أبي شيبة حدثنا وكيع و أبو معاوية عن الأعمش ح وحدثنا يحيى بن يحيى ملاحظة واللفظ له أخبرنا أبو معاوية عن الأعمش عن عديّ بن ثابت عن زرّ قال:قال عليّ</w:t>
        <w:br/>
      </w:r>
      <w:r>
        <w:rPr>
          <w:color w:val="FF0000"/>
          <w:rtl w:val="1"/>
        </w:rPr>
        <w:t xml:space="preserve">والَّذي فَلَقَ الحَبَّةَ، وبَرَأَ النَّسَمَةَ، إِنَّه لَعَهدُ النَّبيِّ الأُمِّيِّ ﷺ إِلَيَّ: «أَن لا يُحِبَّني إِلَّا مُؤمِنٌ، ولا يُبغِضَني إِلَّا مُنافِقٌ».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ظهور الخيانة والكذب والنفاق والكبر- الفتن المتعلقة بالأخلاق والسلوك #####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