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 حبّ الأنصار وعليّ رضي الله عنهم من الإيمان-كتاب الإيمان-صحيح مسلم — رقم الحديث: 76 — الرقم الفرعي: 99 — الرقم الأصلي: 76</w:t>
        <w:br/>
      </w:r>
      <w:r>
        <w:rPr>
          <w:rtl w:val="1"/>
        </w:rPr>
        <w:t xml:space="preserve"> حدثنا قتيبة بن سعيد حدثنا يعقوب ملاحظة يعني ابن عبد الرحمن القاريّ عن سهيل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لا يُبغِض الأنصارَ رجُلٌ يؤمن بالله واليوم الآخر.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