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أراد بيع تمرٍ بتمرٍ خيرٍ منه-كتاب البيوع-صحيح البخاري — رقم الحديث: 2201 — الرقم الفرعي: 99 — الرقم الأصلي: 2201</w:t>
        <w:br/>
      </w:r>
      <w:r>
        <w:rPr>
          <w:rtl w:val="1"/>
        </w:rPr>
        <w:t xml:space="preserve"> حدثنا قتيبة عن مالك عن عبد المجيد بن سهيل بن عبد الرحمن عن سعيد بن المسيب عن أبي سعيد الخدريّ وعن أبي هريرة رضي الله عنهما</w:t>
        <w:br/>
      </w:r>
      <w:r>
        <w:rPr>
          <w:color w:val="FF0000"/>
          <w:rtl w:val="1"/>
        </w:rPr>
        <w:t xml:space="preserve">أنَّ رسولَ الله ﷺ استَعمَلَ رجلًا على خَيْبرَ، فجاءَه بتَمْرٍ جَنِيبٍ، فقال رسولُ الله ﷺ: «أَكُلُّ تمرِ خَيْبرَ هكذا؟»  </w:t>
      </w:r>
      <w:r>
        <w:rPr>
          <w:color w:val="FF0000"/>
          <w:rtl w:val="1"/>
        </w:rPr>
        <w:t xml:space="preserve">قال: لا والله يا رسولَ الله، إنّا لَنأْخُذُ الصّاعَ من هذا بالصّاعَينِ، والصّاعَينِ بالثَّلاثةِ،  </w:t>
      </w:r>
      <w:r>
        <w:rPr>
          <w:color w:val="FF0000"/>
          <w:rtl w:val="1"/>
        </w:rPr>
        <w:t xml:space="preserve">فقال رسولُ الله ﷺ: «لا تَفْعَلْ، بِعِ الجَمْعَ بالدَّراهمِ، ثمَّ ابتَعْ بالدَّراهمِ جَنِيبًا».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الاهتمام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التقييم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الاقتصادي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الرقابة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الرقابة الخارجية</w:t>
      </w:r>
    </w:p>
    <w:p>
      <w:pPr>
        <w:bidi w:val="1"/>
        <w:jc w:val="start"/>
      </w:pPr>
      <w:r>
        <w:rPr>
          <w:rtl w:val="1"/>
        </w:rPr>
        <w:t>الشرح: الدلالة: الملاحظة الشخصية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