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1384 — الرقم الفرعي: 99 — الرقم الأصلي: 1384</w:t>
        <w:br/>
      </w:r>
      <w:r>
        <w:rPr>
          <w:rtl w:val="1"/>
        </w:rPr>
        <w:t xml:space="preserve"> حدثنا أسباط حدثنا مطرِّف عن عامر عن يحيى بن طلحة عن أبيه</w:t>
        <w:br/>
      </w:r>
      <w:r>
        <w:rPr>
          <w:color w:val="000000"/>
          <w:rtl w:val="1"/>
        </w:rPr>
        <w:t xml:space="preserve">قَالَ: رَأَى عُمَرُ طَلْحَةَ بْنَ عُبَيْدِ اللهِ ثَقِيلًا. فَقَالَ: مَا لَكَ يَا أَبَا فُلانٍ؟ لَعَلَّكَ سَاءَتْكَ إِمْرَةُ ابْنِ عَمِّكَ يَا أَبَا فُلانٍ؟ قَالَ: لَا.  </w:t>
      </w:r>
      <w:r>
        <w:rPr>
          <w:color w:val="000000"/>
          <w:rtl w:val="1"/>
        </w:rPr>
        <w:t xml:space="preserve">إِلا أَنِّي سَمِعْتُ مِنْ رَسُولِ اللهِ ﷺ حَدِيثًا، مَا مَنَعَنِي أَنْ أَسْأَلَهُ عَنْهُ إِلا الْقُدْرَةُ عَلَيْهِ حَتَّى مَاتَ، سَمِعْتُهُ يَقُولُ: «إِنِّي لَأعْلَمُ كَلِمَةً لَا يَقُولُهَا عَبْدٌ عِنْدَ مَوْتِهِ، إِلا أَشْرَقَ لَهَا لَوْنُهُ وَنَفَّسَ اللهُ عَنْهُ كُرْبَتَهُ».  </w:t>
      </w:r>
      <w:r>
        <w:rPr>
          <w:color w:val="000000"/>
          <w:rtl w:val="1"/>
        </w:rPr>
        <w:t xml:space="preserve">قَالَ: فَقَالَ عُمَرُ: إِنِّي لأعْلَمُ مَا هِيَ قَالَ: وَمَا هِيَ؟ قَالَ: تَعْلَمُ كَلِمَةً أَعْظَمَ مِنْ كَلِمَةٍ أَمَرَ بِهَا عَمَّهُ عِنْدَ الْمَوْتِ: لَا إِلَهَ إِلا اللهُ. قَالَ طَلْحَةُ: صَدَقْتَ هِيَ وَاللهِ هِيَ.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