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قدر القراءة في المغرب-كتاب الصلاة-سنن أبي داود — رقم الحديث: 812 — الرقم الفرعي: 99 — الرقم الأصلي: 812</w:t>
        <w:br/>
      </w:r>
      <w:r>
        <w:rPr>
          <w:rtl w:val="1"/>
        </w:rPr>
        <w:t xml:space="preserve"> حدثنا الحسن بن علي ثنا عبد الرزاق عن ابن جريج حدثني ابن أبي مليكة عن عروة بن الزبير عن مروان بن الحكم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لي زيدُ بنُ ثابت: ما لكَ تَقرأُ في المَغرِب بقِصارِ المُفصَّل، وقد رأيتُ رسولَ الله ﷺ يَقرأُ في المغربِ بطُولَى الطُّولَيَيْن؟  </w:t>
      </w:r>
      <w:r>
        <w:rPr>
          <w:color w:val="FF0000"/>
          <w:rtl w:val="1"/>
        </w:rPr>
        <w:t xml:space="preserve">قال: قلتُ: ما طُولَى الطُّولَيَيْن؟ قال: الأَعرافُ.  </w:t>
      </w:r>
      <w:r>
        <w:rPr>
          <w:color w:val="000000"/>
          <w:rtl w:val="1"/>
        </w:rPr>
        <w:t xml:space="preserve">قال: وسألتُ أنا ابنَ أَبي مُلَيْكة، فقال لي من قِبَلِ نفسِه: المائدة والأعراف.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