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معاوية رضي الله عنه-كتاب المناقب-صحيح البخاري — رقم الحديث: 3764 — الرقم الفرعي: 99 — الرقم الأصلي: 3764</w:t>
        <w:br/>
      </w:r>
      <w:r>
        <w:rPr>
          <w:rtl w:val="1"/>
        </w:rPr>
        <w:t xml:space="preserve"> حدثنا الحسن بن بشر حدثنا المُعافى عن عثمان بن الأسود عن ابن ابي مُليكة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أَوتَرَ معاويةُ بعدَ العِشاءِ برَكْعةٍ،  </w:t>
      </w:r>
      <w:r>
        <w:rPr>
          <w:color w:val="FF0000"/>
          <w:rtl w:val="1"/>
        </w:rPr>
        <w:t xml:space="preserve">وعندَه مَوْلًى لابنِ عبَّاسٍ، فأتَى ابنَ عبَّاسٍ، فقال: دَعْه، فإنَّه قد صَحِبَ رسولَ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من أسلم بعد الفتح(ترتيب هجائي) - المناقب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p>
      <w:pPr>
        <w:bidi w:val="1"/>
        <w:jc w:val="start"/>
      </w:pPr>
      <w:r>
        <w:rPr>
          <w:rtl w:val="1"/>
        </w:rPr>
        <w:t>الشرح: الدلالة: قيمة تقدير صحبة النبيِّ ﷺ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