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4454 — الرقم الفرعي: 99 — الرقم الأصلي: 4454</w:t>
        <w:br/>
      </w:r>
      <w:r>
        <w:rPr>
          <w:rtl w:val="1"/>
        </w:rPr>
        <w:t xml:space="preserve"> قال الزّهريّ وحدثني أبو سلمة عن عبد الله بن عباس</w:t>
        <w:br/>
      </w:r>
      <w:r>
        <w:rPr>
          <w:color w:val="FF0000"/>
          <w:rtl w:val="1"/>
        </w:rPr>
        <w:t xml:space="preserve">أنَّ أبا بكرٍ خَرَجَ وعمرُ يُكلِّمُ النّاسَ، فقال: اجْلِسْ يا عمرُ، فأبَى عمرُ أنْ يَجلِسَ، فأقبَلَ النّاسُ إليه وتَرَكوا عمرَ،  </w:t>
      </w:r>
      <w:r>
        <w:rPr>
          <w:color w:val="FF0000"/>
          <w:rtl w:val="1"/>
        </w:rPr>
        <w:t xml:space="preserve">فقال أبو بكرٍ: أمّا بَعْدُ، مَن كانَ مِنكُم يَعْبُدُ محمَّدًا فإنَّ محمَّدًا قد ماتَ، ومَن كانَ مِنكُم يَعْبُدُ الله فإنَّ الله حَيٌّ لا يَمُوتُ،  </w:t>
      </w:r>
      <w:r>
        <w:rPr>
          <w:color w:val="FF0000"/>
          <w:rtl w:val="1"/>
        </w:rPr>
        <w:t xml:space="preserve">قال الله: ﴿وَمَا مُحَمَّدٌ إِلَّا رَسُولٌ قَدْ خَلَتْ مِنْ قَبْلِهِ الرُّسُلُ﴾ إلى قولِه: ﴿الشَّاكِرِينَ﴾ [آل عمران:144]  </w:t>
      </w:r>
      <w:r>
        <w:rPr>
          <w:color w:val="FF0000"/>
          <w:rtl w:val="1"/>
        </w:rPr>
        <w:t xml:space="preserve">وقال: والله لَكأنَّ النّاسَ لم يَعلَموا أنَّ الله أنزَلَ هذه الآيةَ حتَّى تَلاها أبو بكرٍ، فتَلَقّاها منه النّاسُ كلُّهُم، فما أسمَعُ بَشَرًا منَ النّاس إلَّا يَتلُوها. </w:t>
      </w:r>
      <w:r>
        <w:rPr>
          <w:color w:val="000000"/>
          <w:rtl w:val="1"/>
        </w:rPr>
        <w:t xml:space="preserve">فأخبرني سعيدُ بنُ المسيّب:  </w:t>
      </w:r>
      <w:r>
        <w:rPr>
          <w:color w:val="FF0000"/>
          <w:rtl w:val="1"/>
        </w:rPr>
        <w:t xml:space="preserve">أنَّ عمرَ قال: واللهِ ما هو إلَّا أنْ سمعتُ أبا بكرٍ تَلَاها، فعَقِرْتُ، حتَّى ما تُقِلُّني رِجْلايَ، وحتَّى أهوَيتُ إلى الأرضِ حينَ سمعتُه تَلَاها، وعلمتُ أنّ النبيَّ ﷺ قد ماتَ.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هول الفاجعة على الصحابة رضوان الله عليهم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