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الأنصار والذين تبوّؤا الدار-كتاب المناقب-صحيح البخاري — رقم الحديث: 3777 — الرقم الفرعي: 99 — الرقم الأصلي: 3777</w:t>
        <w:br/>
      </w:r>
      <w:r>
        <w:rPr>
          <w:rtl w:val="1"/>
        </w:rPr>
        <w:t xml:space="preserve"> حدثني عبيد بن إسماعيل حدثنا ابو أسامة عن هشام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يومُ بُعَاثَ يومًا قَدَّمَه اللهُ لرسولِه ﷺ، فقَدِمَ رسولُ الله ﷺ وقدِ افتَرَقَ مَلَؤُهم، وقُتِلَتْ سَرَوَاتُهم، وجُرِّحُوا، فقَدَّمَه اللهُ لرسولِه ﷺ في دُخُولِهم في الإسلام. 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حياة العرب السياسية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حروب العرب وقتالهم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بيعتا العقبة الأولى والثانية وبدء إسلام الأنصار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