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61 — الرقم الفرعي: 99 — الرقم الأصلي: 61 — ج: 1 — ص: 10</w:t>
        <w:br/>
      </w:r>
      <w:r>
        <w:rPr>
          <w:rtl w:val="1"/>
        </w:rPr>
        <w:t xml:space="preserve"> حدثنا عفّان حدثنا يَزيد بن زُرَيْعٍ حدثنا يونس بن عُبَيْد عن حُمَيد بْنِ هِلال عن عبد الله بن مُطرِّف بن الشِّخِّير أنه حدثهم عن أبي بَرزَةَ الأسلميّ</w:t>
        <w:br/>
      </w:r>
      <w:r>
        <w:rPr>
          <w:color w:val="000000"/>
          <w:rtl w:val="1"/>
        </w:rPr>
        <w:t xml:space="preserve">أنّهُ قَالَ: كُنَّا عِندَ أَبي بَكْرٍ الصِّدِّيقِ فِي عَمَلِهِ، فَغَضِبَ عَلى رَجُلٍ مِنَ المُسْلِمِينَ، فَاشْتَدَّ غَضَبهُ عَلَيْهِ جِدًّا،  </w:t>
      </w:r>
      <w:r>
        <w:rPr>
          <w:color w:val="000000"/>
          <w:rtl w:val="1"/>
        </w:rPr>
        <w:t xml:space="preserve">فَلَمَّا رَأَيْتُ ذَلِكَ قُلْتُ: يَا خَلِيفَةَ رَسُولِ اللهِ أَضْرِبُ عُنُقَهُ؟ فَلَمَّا ذَكَرْتُ الْقَتْلَ صَرَفَ عَنْ ذَلِكَ الْحَدِيثِ أَجْمَعَ إِلَى غَيْرِ ذَلِكَ مِنَ النَّحْوِ،  </w:t>
      </w:r>
      <w:r>
        <w:rPr>
          <w:color w:val="000000"/>
          <w:rtl w:val="1"/>
        </w:rPr>
        <w:t xml:space="preserve">فَلَمَّا تَفَرَّقْنَا أَرْسَلَ إِلَيَّ بَعْدَ ذَلِكَ أَبُو بَكْرٍ الصِّدِّيقُ، فَقَالَ: يَا أَبَا بَرْزَةَ مَا قُلْتَ؟ قَالَ: وَنَسِيتُ الَّذِي قُلْتُ، قُلْتُ: ذَكِّرْنِيهِ، قَالَ: أَمَا تَذْكُرُ مَا قُلْتَ؟ قَالَ: قُلْتُ: لَا وَاللهِ.  </w:t>
      </w:r>
      <w:r>
        <w:rPr>
          <w:color w:val="000000"/>
          <w:rtl w:val="1"/>
        </w:rPr>
        <w:t xml:space="preserve">قَالَ: أَرَأَيْتَ حِينَ رَأَيْتَنِي غَضِبْتُ عَلَى الرَّجُلِ فَقُلْتَ: أَضْرِبُ عُنقَهُ يَا خَلِيفةَ رَسُولِ اللهِ؟ أَمَا تَذْكُرُ ذَاكَ؟ أَوَ كُنْتَ فَاعِلًا ذَاكَ؟ قَالَ: قُلْتُ: نَعَمْ وَاللهِ، وَالْآنَ إِنْ أَمَرْتَنِي فَعَلْتُ.  </w:t>
      </w:r>
      <w:r>
        <w:rPr>
          <w:color w:val="000000"/>
          <w:rtl w:val="1"/>
        </w:rPr>
        <w:t xml:space="preserve">قَالَ: وَيْحَكَ -أَوْ: وَيْلَكَ- إِنَّ تِلْكَ وَاللهِ مَا هِيَ لِأَحَدٍ بَعْدَ مُحَمَّدٍ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