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ظهر المؤمن حِمىً إلاّ في حدّ أو حقّ-كتاب الحدود-صحيح البخاري — رقم الحديث: 6785 — الرقم الفرعي: 99 — الرقم الأصلي: 6785</w:t>
        <w:br/>
      </w:r>
      <w:r>
        <w:rPr>
          <w:rtl w:val="1"/>
        </w:rPr>
        <w:t xml:space="preserve"> حدثني محمد بن عبد الله حدثنا عاصم بن عليّ حدثنا عاصم بن محمد عن واقد بن محمد سمعت أبي قال: قال عبد الله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قالَ رسولُ الله ﷺ في حَجّةِ الوَدَاع:  </w:t>
      </w:r>
      <w:r>
        <w:rPr>
          <w:color w:val="FF0000"/>
          <w:rtl w:val="1"/>
        </w:rPr>
        <w:t xml:space="preserve">«ألَا أيُّ شَهْرٍ تَعلَمونَه أعظَمُ حُرْمةً؟» قالوا: ألَا شَهْرُنا هذا؟  </w:t>
      </w:r>
      <w:r>
        <w:rPr>
          <w:color w:val="FF0000"/>
          <w:rtl w:val="1"/>
        </w:rPr>
        <w:t xml:space="preserve">قال: «ألَا أيُّ بَلَدٍ تَعلَمونَه أعظَمُ حُرْمةً؟» قالوا: ألَا بَلَدُنا هذا،  </w:t>
      </w:r>
      <w:r>
        <w:rPr>
          <w:color w:val="FF0000"/>
          <w:rtl w:val="1"/>
        </w:rPr>
        <w:t xml:space="preserve">قال: «ألا أيُّ يومٍ تَعلَمونَه أعظَمُ حُرْمةً؟» قالوا: ألَا يومُنا هذا،  </w:t>
      </w:r>
      <w:r>
        <w:rPr>
          <w:color w:val="FF0000"/>
          <w:rtl w:val="1"/>
        </w:rPr>
        <w:t xml:space="preserve">قال: «فإنَّ اللهَ تبارك وتعالى قد حَرَّمَ دِماءَكم وأموالَكم وأعراضَكم إلَّا بحَقِّها، كحُرْمةِ يومِكم هذا، في بَلَدِكم هذا، في شهرِكم هذا،  </w:t>
      </w:r>
      <w:r>
        <w:rPr>
          <w:color w:val="000000"/>
          <w:rtl w:val="1"/>
        </w:rPr>
        <w:t xml:space="preserve">ألا هل بَلَّغْتُ؟» ثلاثًا، كلُّ ذلكَ يُجِيبونَه: ألا نعم،  </w:t>
      </w:r>
      <w:r>
        <w:rPr>
          <w:color w:val="FF0000"/>
          <w:rtl w:val="1"/>
        </w:rPr>
        <w:t xml:space="preserve">قال: «وَيحَكُم - أو: ويْلَكُم - لا تَرْجِعُنَّ بَعْدي كُفّارًا، يَضرِبُ بعضُكم رِقابَ بعض».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اقتتال المسلمين فيما بينهم - الفتن المتعلقة بالقتال والملاحم #####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المحافظة على الدِّماء والأموال والأعراض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حرمة دَمِ الإنسان وعِرضِه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قيمة الصبر مع جماعة المسلمين - قيم الصبر والثبات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