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وسلم،للأنصار:اصبروا-كتاب المناقب-صحيح البخاري — رقم الحديث: 3792 — الرقم الفرعي: 99 — الرقم الأصلي: 3792</w:t>
        <w:br/>
      </w:r>
      <w:r>
        <w:rPr>
          <w:rtl w:val="1"/>
        </w:rPr>
        <w:t xml:space="preserve"> حدثنا محمد بن بشار حدثنا غُندر حدثنا شُعبة قال:سمعت قتادة عن أنس بن مالك عن أُسيد بن حُضير</w:t>
        <w:br/>
      </w:r>
      <w:r>
        <w:rPr>
          <w:color w:val="000000"/>
          <w:rtl w:val="1"/>
        </w:rPr>
        <w:t xml:space="preserve">أنَّ رجلًا منَ الأنصارِ قال: يا رسول الله، ألا تَستَعمِلُني كما استَعمَلْتَ فلانًا؟  </w:t>
      </w:r>
      <w:r>
        <w:rPr>
          <w:color w:val="FF0000"/>
          <w:rtl w:val="1"/>
        </w:rPr>
        <w:t xml:space="preserve">قال: «سَتَلْقَوْنَ بَعْدي أثَرةً، فاصْبِروا حتَّى تَلْقَوْني على الحوضِ».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اختيار القائد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طلب القيادة ورفضها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الواردون على الحوض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