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13703 — الرقم الفرعي: 99 — الرقم الأصلي: 13703 — ج: 3 — ص: 257</w:t>
        <w:br/>
      </w:r>
      <w:r>
        <w:rPr>
          <w:rtl w:val="1"/>
        </w:rPr>
        <w:t xml:space="preserve"> حدثنا  عفّان حدثنا حمّاد عن ثابت عن أنس بن مالك أن رسول الله صلى الله عليه وسلم</w:t>
        <w:br/>
      </w:r>
      <w:r>
        <w:rPr>
          <w:color w:val="000000"/>
          <w:rtl w:val="1"/>
        </w:rPr>
        <w:t xml:space="preserve">شَاوَرَ حَيْثُ بَلَغَهُ إِقْبَالُ أَبِي سُفْيَانَ، قَالَ: فَتَكَلَّمَ أَبُو بَكْرٍ فَأَعْرَضَ عَنْهُ، ثُمَّ تَكَلَّمَ عُمَرُ فَأَعْرَضَ عَنْهُ،  </w:t>
      </w:r>
      <w:r>
        <w:rPr>
          <w:color w:val="000000"/>
          <w:rtl w:val="1"/>
        </w:rPr>
        <w:t xml:space="preserve">فَقَالَ سَعْدُ بْنُ عُبَادَةَ: إِيَّانَا يُرِيدُ رَسُولُ اللهِ، وَالَّذِي نَفْسِي بِيَدِهِ، لَوْ أَمَرْتَنَا أَنْ نُخِيضَهَا الْبِحَارَ لَأَخَضْنَاهَا، وَلَوْ أَمَرْتَنَا أَنْ نَضْرِبَ أَكْبَادَهَا إِلَى بِرْكِ الْغِمَادِ لَفَعَلْنَا  </w:t>
      </w:r>
      <w:r>
        <w:rPr>
          <w:color w:val="000000"/>
          <w:rtl w:val="1"/>
        </w:rPr>
        <w:t xml:space="preserve">-قَالَ عَفَّانُ: قَالَ سُلَيْمَانُ: عَنِ ابْنِ عَوْنٍ، عَنْ عَمْرِو بْنِ سَعِيدٍ: الغْمَادِ- فَنَدَبَ رَسُولُ اللهِ صَلَّى اللهُ عَلَيْهِ وَسَلَّمَ النَّاسَ، فَانْطَلَقُوا حَتَّى نَزَلُوا بَدْرًا، </w:t>
      </w:r>
      <w:r>
        <w:rPr>
          <w:color w:val="000000"/>
          <w:rtl w:val="1"/>
        </w:rPr>
        <w:t xml:space="preserve">وَوَرَدَتْ عَلَيْهِمْ رَوَايَا قُرَيْشٍ، وَفِيهِمْ غُلَامٌ أَسْوَدُ لِبَنِي الْحَجَّاجِ، فَأَخَذُوهُ وَكَانَ أَصْحَابُ النَّبِيِّ صَلَّى اللهُ عَلَيْهِ وَسَلَّمَ يَسْأَلُونَهُ عَنْ أَبِي سُفْيَانَ وَأَصْحَابِهِ، فَيَقُولُ: مَا لِي عِلْمٌ بِأَبِي سُفْيَانَ،  </w:t>
      </w:r>
      <w:r>
        <w:rPr>
          <w:color w:val="000000"/>
          <w:rtl w:val="1"/>
        </w:rPr>
        <w:t xml:space="preserve">وَلَكِنْ هَذَا أَبُو جَهْلِ بْنُ هِشَامٍ، وَعُتْبَةُ بْنُ رَبِيعَةَ، وَشَيْبَةُ، وَأُمَيَّةُ بْنُ خَلَفٍ، فَإِذَا قَالَ ذَاكَ ضَرَبُوهُ، فَإِذَا ضَرَبُوهُ، قَالَ: نَعَمْ، أَنَا أُخْبِرُكُمْ، هَذَا أَبُو سُفْيَانَ،  </w:t>
      </w:r>
      <w:r>
        <w:rPr>
          <w:color w:val="000000"/>
          <w:rtl w:val="1"/>
        </w:rPr>
        <w:t xml:space="preserve">فَإِذَا تَرَكُوهُ، فَسَأَلُوهُ قَالَ: مَا لِي بِأَبِي سُفْيَانَ عِلْمٌ، وَلَكِنْ هَذَا أَبُو جَهْلٍ، وَعُتْبَةُ، وَشَيْبَةُ، وَأُمَيَّةُ فِي النَّاسِ، قَالَ: فَإِذَا قَالَ هَذَا أَيْضًا ضَرَبُوهُ، </w:t>
      </w:r>
      <w:r>
        <w:rPr>
          <w:color w:val="000000"/>
          <w:rtl w:val="1"/>
        </w:rPr>
        <w:t xml:space="preserve">وَرَسُولُ اللهِ ﷺ قَائِمٌ يُصَلِّي، فَلَمَّا رَأَى ذَلِكَ انْصَرَفَ، فَقَالَ: «وَالَّذِي نَفْسِي بِيَدِهِ، إِنَّكُمْ لَتَضْرِبُونَهُ إِذَا صَدَقَكُمْ، وَتَتْرُكُونَهُ إِذَا كَذَبَكُمْ»  </w:t>
      </w:r>
      <w:r>
        <w:rPr>
          <w:color w:val="000000"/>
          <w:rtl w:val="1"/>
        </w:rPr>
        <w:t xml:space="preserve">قَالَ: وَقَالَ رَسُولُ اللهِ ﷺ: «هَذَا مَصْرَعُ فُلَانٍ غَدًا» يَضَعُ يَدَهُ عَلَى الْأَرْضِ هَاهُنَا وَهَاهُنَا، فَمَا أَمَاطَ أَحَدُهُمْ عَنْ مَوْضِعِ يَدِ رَسُولِ اللهِ ﷺ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