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قصّ الشارب-كتاب الأدب-سنن الترمذي — رقم الحديث: 2762 — الرقم الفرعي: 1 — الرقم الأصلي: 2763</w:t>
        <w:br/>
      </w:r>
      <w:r>
        <w:rPr>
          <w:rtl w:val="1"/>
        </w:rPr>
        <w:t xml:space="preserve"> حدثنا هناد حدثنا عمر بن هارون عن أسامة بن زيد عن عمرو بن شعيب عن أبيه عن جده</w:t>
        <w:br/>
      </w:r>
      <w:r>
        <w:rPr>
          <w:color w:val="FF0000"/>
          <w:rtl w:val="1"/>
        </w:rPr>
        <w:t xml:space="preserve">أنَّ النّبيَّ ﷺ كان يأخذُ من لِحيتِه، مِن عَرْضِها وطُولِها. </w:t>
      </w:r>
      <w:r>
        <w:rPr>
          <w:color w:val="000000"/>
          <w:rtl w:val="1"/>
        </w:rPr>
        <w:t xml:space="preserve">هذا حديثٌ غريب. </w:t>
      </w:r>
      <w:r>
        <w:rPr>
          <w:color w:val="000000"/>
          <w:rtl w:val="1"/>
        </w:rPr>
        <w:t xml:space="preserve">وسمعتُ محمّدَ بنَ إسماعيل يقول: عمرُ بن هارونَ مُقارِبُ الحديث، لا أَعرِفُ له حديثًا ليس له أَصل - أو قال: يتفرَّدُ به - إلّا هذا الحديث: كان رسولُ الله ﷺ يأخذُ من لِحيتِه، مِن عَرْضِها وطُولها، لا نَعرفُه إلّا مِن حديثِ عُمر بنِ هارون، ورأيتُه حسَنَ الرأي في عُمر بنِ هارون. </w:t>
      </w:r>
      <w:r>
        <w:rPr>
          <w:color w:val="000000"/>
          <w:rtl w:val="1"/>
        </w:rPr>
        <w:t xml:space="preserve">وسمعتُ قُتيبةَ يقول: عمرُ بنُ هارون كان صاحبَ حديث، وكان يقول: الإيمانُ قولٌ وعَمَل. </w:t>
      </w:r>
      <w:r>
        <w:rPr>
          <w:color w:val="FF0000"/>
          <w:rtl w:val="1"/>
        </w:rPr>
        <w:t xml:space="preserve">قال قُتيبةُ: حدَّثنا وكيع بنُ الجَرّاح، عن رجلٍ، عن ثورِ بنِ يَزيد، أنّ النّبيَّ ﷺ نَصَبَ المَنجَنيقَ على أَهلِ الطّائف، قالَ قُتيبةُ: قلتُ لِوَكيع: مَن هذا؟ قال: صاحبُكُم عُمر بنُ هارون.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إعفاء اللحية وإحفاء الشارب - سنن الفطرة</w:t>
      </w:r>
    </w:p>
    <w:p>
      <w:pPr>
        <w:bidi w:val="1"/>
        <w:jc w:val="start"/>
      </w:pPr>
      <w:r>
        <w:rPr>
          <w:rtl w:val="1"/>
        </w:rPr>
        <w:t>الشرح: الدلالة: تهذيبه ﷺ لحيته - في صفة شعره ﷺ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مقارب الحديث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الأسلحة واللوازم والتجهيزات - الإعداد المادي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