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أمان المرأة-كتاب الجهاد-سنن أبي داود — رقم الحديث: 2764 — الرقم الفرعي: 99 — الرقم الأصلي: 2764</w:t>
        <w:br/>
      </w:r>
      <w:r>
        <w:rPr>
          <w:rtl w:val="1"/>
        </w:rPr>
        <w:t xml:space="preserve"> حدثنا عثمان بن أبي شيبة ثنا سفيان بن عيينة عن منصور عن إبراهيم عن الأسود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إنْ كانت المرأةُ لَتُجِير على المُؤمنين، فيَجوز.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إجارة من يجيره المسلم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النجدة والمروءة - القيم والأخلاق المحمودة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