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سمع الإقامة-كتاب الصلاة-سنن أبي داود — رقم الحديث: 528 — الرقم الفرعي: 99 — الرقم الأصلي: 528</w:t>
        <w:br/>
      </w:r>
      <w:r>
        <w:rPr>
          <w:rtl w:val="1"/>
        </w:rPr>
        <w:t xml:space="preserve"> حدثنا سليمان بن داود العتكيّ ثنا محمد بن ثابت حدثني رجُل مِن أهل الشّام عن شهر بن حوشب عن أبي أمامة أو عن بعض أصحاب النبيّ صلى الله عليه وسلم</w:t>
        <w:br/>
      </w:r>
      <w:r>
        <w:rPr>
          <w:color w:val="FF0000"/>
          <w:rtl w:val="1"/>
        </w:rPr>
        <w:t xml:space="preserve">أنَّ بلالاً أخذَ في الإقامة، فلمّا أن قال: قد قامت الصلاة، قال النبي ﷺ: «أقامَها اللهُ وأدامَها» وقال في سائر الإقامة كنحو حديثِ عمرَ في الأذان.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أذكار الأذان والإقامة وأدعيتهما.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