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كراهية التدافع على الإمامة-كتاب الصلاة-سنن أبي داود — رقم الحديث: 581 — الرقم الفرعي: 99 — الرقم الأصلي: 581</w:t>
        <w:br/>
      </w:r>
      <w:r>
        <w:rPr>
          <w:rtl w:val="1"/>
        </w:rPr>
        <w:t xml:space="preserve"> حدثنا هارون بن عباد الأزديّ ثنا مروان حدثتني طلحة أمّ غراب عن عقيلة امرأة مِن بني فزارة مولاة لهم عن سلامة بنت الحر ملاحظة أخت خرشة بن الحر الفزاريّ قالت 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«إنَّ مِن أَشراطِ السَّاعةِ أن يَتدافَعَ أَهلُ المَسجدِ لا يَجدونَ إمامًا يُصلِّي بهم».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التقدم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الديني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المتعلقة بالصلاة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