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صفة القيامة-سنن الترمذي — رقم الحديث: 2457 — الرقم الفرعي: 99 — الرقم الأصلي: 2459</w:t>
        <w:br/>
      </w:r>
      <w:r>
        <w:rPr>
          <w:rtl w:val="1"/>
        </w:rPr>
        <w:t xml:space="preserve"> حدثنا هنّاد وحدثنا قَبيصة عن سفيان عن عبد الله بن محمد بن عقيل عن الطّفيل بن أُبَيّ بن كعب عن أبيه</w:t>
        <w:br/>
      </w:r>
      <w:r>
        <w:rPr>
          <w:color w:val="FF0000"/>
          <w:rtl w:val="1"/>
        </w:rPr>
        <w:t xml:space="preserve">قال: كان رَسولُ اللَّهِ ﷺ إِذا ذَهبَ ثُلُثا اللَّيلِ قامَ فقال:  </w:t>
      </w:r>
      <w:r>
        <w:rPr>
          <w:color w:val="FF0000"/>
          <w:rtl w:val="1"/>
        </w:rPr>
        <w:t xml:space="preserve">«يا أَيُّها النَّاسُ اذكُرُوا اللَّه، اذكُرُوا اللَّه، جاءَتِ الرَّاجِفَة تَتبَعُها الرَّادِفَةُ جاءَ المَوتُ بِما فيهِ جاءَ المَوتُ بما فيه»،  </w:t>
      </w:r>
      <w:r>
        <w:rPr>
          <w:color w:val="FF0000"/>
          <w:rtl w:val="1"/>
        </w:rPr>
        <w:t xml:space="preserve">قال أُبَيٌّ: قلتُ: يا رَسولَ اللَّهِ إِنِّي أُكثِرُ الصَّلاةَ عليك فكَم أَجعَلُ لك مِن صلاتي؟ فقال: «ما شِئتَ». قال: قلت: الرُّبُعَ، قال: «ما شِئتَ فإِن زِدتَ فهُو خَيرٌ لك»، قُلتُ: النِّصفَ، قال: «ما شِئتَ، فإِن زِدتَ فهُو خَيرٌ لك»، قال: قلت: فالثُّلُثَينِ، قال: «ما شِئتَ، فإِن زِدتَ فهو خَيرٌ لك»، قُلتُ: أَجعلُ لك صَلاتي كُلَّها قال: «إِذًا تُكفى هَمَّكَ، ويُغفَرُ لك ذَنْبُكَ».  </w:t>
      </w:r>
      <w:r>
        <w:rPr>
          <w:color w:val="000000"/>
          <w:rtl w:val="1"/>
        </w:rPr>
        <w:t xml:space="preserve">هٰذا حَديثٌ حَسَنٌ.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أذكار الصلاة والسلام على النبي ﷺ وفضلها - فضل أذكار مخصوصة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إكثارهم من الصلاة عليه ﷺ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فضل الصلاة عليه ﷺ - الصلاة والسلام عليه ﷺ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