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18283 — الرقم الفرعي: 99 — الرقم الأصلي: 18283</w:t>
        <w:br/>
      </w:r>
      <w:r>
        <w:rPr>
          <w:rtl w:val="1"/>
        </w:rPr>
        <w:t xml:space="preserve"> حدثنا عفّان ثنا همام ثنا عطاء بن السائب</w:t>
        <w:br/>
      </w:r>
      <w:r>
        <w:rPr>
          <w:color w:val="000000"/>
          <w:rtl w:val="1"/>
        </w:rPr>
        <w:t xml:space="preserve">قال: كان أولُ يومٍ عرَفتُ فيه عبدَ الرَّحمن ابن أبي ليلى رأيتُ شيخًا أبيضَ الرَّأس واللِّحيةِ على حمار، وهو يَتْبعُ جِنازةً،  </w:t>
      </w:r>
      <w:r>
        <w:rPr>
          <w:color w:val="000000"/>
          <w:rtl w:val="1"/>
        </w:rPr>
        <w:t xml:space="preserve">فسِمعتُه يقول: حدَّثني فلانُ بنُ فلان، سَمِع رسولَ الله ﷺ يقول:  </w:t>
      </w:r>
      <w:r>
        <w:rPr>
          <w:color w:val="FF0000"/>
          <w:rtl w:val="1"/>
        </w:rPr>
        <w:t xml:space="preserve">«مَن أحبَّ لقاءَ اللهِ أحبَّ اللهُ لِقاءَه، ومَن كَرِهَ لقاءَ اللهِ كَرِه اللهُ لِقاءَه»،  </w:t>
      </w:r>
      <w:r>
        <w:rPr>
          <w:color w:val="FF0000"/>
          <w:rtl w:val="1"/>
        </w:rPr>
        <w:t xml:space="preserve">قال: فأكبَّ القومُ يَبكُون، فقال: «ما يُبكِيكُم؟» فقالوا: إنّا نَكرَه الموتَ،  </w:t>
      </w:r>
      <w:r>
        <w:rPr>
          <w:color w:val="FF0000"/>
          <w:rtl w:val="1"/>
        </w:rPr>
        <w:t xml:space="preserve">قال: «ليسَ ذلك، ولكنَّه إذا حُضِرَ ﴿فَأَمَّا إِنْ كَانَ مِنَ الْمُقَرَّبِينَ * فَرَوْحٌ وَرَيْحَانٌ وَجَنَّةُ نَعِيمٍ﴾ [الواقعة:88 - 89 ] فإذا بُشِّر بذلك أحبَّ لقاءَ الله، واللهُ للِقائِه أَحبُّ،  </w:t>
      </w:r>
      <w:r>
        <w:rPr>
          <w:color w:val="FF0000"/>
          <w:rtl w:val="1"/>
        </w:rPr>
        <w:t xml:space="preserve">﴿وَأَمَّا إِنْ كَانَ مِنَ الْمُكَذِّبِينَ الضَّالِّينَ فَنُزُلٌ مِنْ حَمِيمٍ﴾ [الواقعة: 92- 93]، - قال عطاء: وفي قراءةِ ابنِ مسعود: ثُمّ تَصْلِيةُ جَحِيم - فإذا بُشِّر بذلك كَرِهَ لقاءَ الله، واللهُ لِلِقائِه أَكرَه».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محبة المؤمن للقاء الله وكراهية الكافر للقائه عند الاحتضار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