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يجوز من الاشتراط والثُنيا في الإقرار-كتاب الشروط-صحيح البخاري — رقم الحديث: 2736 — الرقم الفرعي: 99 — الرقم الأصلي: 2736</w:t>
        <w:br/>
      </w:r>
      <w:r>
        <w:rPr>
          <w:rtl w:val="1"/>
        </w:rPr>
        <w:t xml:space="preserve"> حدثنا أبو اليمان أخبرنا شعيب حدثنا أبو الزناد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لله تسعةً وتسعِينَ اسماً، مئةً إلَّا واحداً، مَن أَحصاها دَخَلَ الجنَّةَ».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عدد أسماء الله الحسنى وإحصاؤها وذكرها - أسماء الله الحسنى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