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عثمان رفيق النبيّ صلى الله عليه وسلم،في الجنة-كتاب المناقب-سنن الترمذي — رقم الحديث: 3698 — الرقم الفرعي: 99 — الرقم الأصلي: 3700</w:t>
        <w:br/>
      </w:r>
      <w:r>
        <w:rPr>
          <w:rtl w:val="1"/>
        </w:rPr>
        <w:t xml:space="preserve"> حدثنا أبو هشام الرفاعيّ حدثنا يحيى بن اليمان عن شيخ من بني زهرة عن الحارث بن عبد الرحمن بن أبي ذباب عن طلحة بن عبيدالله</w:t>
        <w:br/>
      </w:r>
      <w:r>
        <w:rPr>
          <w:color w:val="000000"/>
          <w:rtl w:val="1"/>
        </w:rPr>
        <w:t xml:space="preserve">قال: قالَ النّبيُّ ﷺ:  </w:t>
      </w:r>
      <w:r>
        <w:rPr>
          <w:color w:val="FF0000"/>
          <w:rtl w:val="1"/>
        </w:rPr>
        <w:t xml:space="preserve">«لكلِّ نبيٍّ رَفيقٌ، ورَفِيقِي - يعني في الجنَّةِ - عُثمان».  </w:t>
      </w:r>
      <w:r>
        <w:rPr>
          <w:color w:val="000000"/>
          <w:rtl w:val="1"/>
        </w:rPr>
        <w:t xml:space="preserve">هذا حديثٌ غريب، وليسَ إسنادُه بالقويِّ، وهو منقطع.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* أبو بكر وعمر وعثمان - المبشرون بالجنة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رفقاء النبي ﷺ في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