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كذب في حلمه-كتاب التعبير-صحيح البخاري — رقم الحديث: 7042 — الرقم الفرعي: 99 — الرقم الأصلي: 7042</w:t>
        <w:br/>
      </w:r>
      <w:r>
        <w:rPr>
          <w:rtl w:val="1"/>
        </w:rPr>
        <w:t xml:space="preserve"> حدثنا عليّ بن عبد الله حدثنا سفيان عن أيوب عن عكرمة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تَحلَّمَ بحُلْمٍ لم يَرَه، كُلِّفَ أن يَعقِدَ بينَ شَعِيرَتَينِ، ولن يَفعلَ،  </w:t>
      </w:r>
      <w:r>
        <w:rPr>
          <w:color w:val="000000"/>
          <w:rtl w:val="1"/>
        </w:rPr>
        <w:t xml:space="preserve">ومَن استَمَعَ إلى حديثِ قومٍ وهم له كارهونَ - أو يَفِرّونَ منه - صُبَّ في أُذُنِه الآنُكُ يومَ القِيامَةِ،  </w:t>
      </w:r>
      <w:r>
        <w:rPr>
          <w:color w:val="FF0000"/>
          <w:rtl w:val="1"/>
        </w:rPr>
        <w:t xml:space="preserve">ومَن صَوَّرَ صورةً عُذِّبَ، وكلِّفَ أن يَنفُخَ فيها وليس بنافخٍ».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** التكليف بما لا يمكن فعله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