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الخنزير-كتاب البيوع-صحيح البخاري — رقم الحديث: 2224 — الرقم الفرعي: 99 — الرقم الأصلي: 2224</w:t>
        <w:br/>
      </w:r>
      <w:r>
        <w:rPr>
          <w:rtl w:val="1"/>
        </w:rPr>
        <w:t xml:space="preserve"> حدثنا عبدان أخبرنا عبد الله أخبرنا يونس عن ابن شهاب سمعت سعيد بن المسيب عن أَبي هُريرةَ، رضي الله عنه، أنّ رسولَ الله ﷺ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«قاتَلَ اللهُ يهودَ، حُرِّمَتْ عليهمُ الشُّحُومُ، فباعُوها وأكَلُوا أثْمانَها». 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الشحوم - الزيوت والدهون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