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يصلّي وحده خلف الصف-كتاب الصلاة-سنن أبي داود — رقم الحديث: 682 — الرقم الفرعي: 99 — الرقم الأصلي: 682</w:t>
        <w:br/>
      </w:r>
      <w:r>
        <w:rPr>
          <w:rtl w:val="1"/>
        </w:rPr>
        <w:t xml:space="preserve"> حدثنا سليمان بن حرب و حفص بن عمر قالا:ثنا شعبة عن عمرو بن مُرّة عن هلال بن يساف عن عمرو بن راشد عن وابصة</w:t>
        <w:br/>
      </w:r>
      <w:r>
        <w:rPr>
          <w:color w:val="FF0000"/>
          <w:rtl w:val="1"/>
        </w:rPr>
        <w:t xml:space="preserve">أن رسولَ الله ﷺ رأى رجلاً يُصَلّي خلفَ الصف وحدَه، فأمرَه أن يُعيدَ، قال سليمانُ: الصلاة.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إعادة الصلاة - الصلوات المفروضة</w:t>
      </w:r>
    </w:p>
    <w:p>
      <w:pPr>
        <w:bidi w:val="1"/>
        <w:jc w:val="start"/>
      </w:pPr>
      <w:r>
        <w:rPr>
          <w:rtl w:val="1"/>
        </w:rPr>
        <w:t>الشرح: الدلالة: صلاة المأموم خلف الصف وحده - الصف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