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خبر مكة-كتاب الخراج والإمارة والفيء-سنن أبي داود — رقم الحديث: 3023 — الرقم الفرعي: 99 — الرقم الأصلي: 3023</w:t>
        <w:br/>
      </w:r>
      <w:r>
        <w:rPr>
          <w:rtl w:val="1"/>
        </w:rPr>
        <w:t xml:space="preserve"> حدثنا الحسن بن الصباح ثنا إسماعيل ملاحظة يعني ابن عبد الكريم حدثني إبراهيم بن عقيل بن معقل عن أبيه عن وَهْب بن منَبِّه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سأَلتُ جابرًا: هل غنِمُوا يومَ الفَتحِ شيئًا؟ قال: لا.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متفرقات من أحداث فتح مكة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