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13405 — الرقم الفرعي: 99 — الرقم الأصلي: 13405</w:t>
        <w:br/>
      </w:r>
      <w:r>
        <w:rPr>
          <w:rtl w:val="1"/>
        </w:rPr>
        <w:t xml:space="preserve"> حدثنا يونس و حسن بن موسى قالا:ثنا حمّاد بن سلمة عن عليّ بن زيد عن أنس بن مالك</w:t>
        <w:br/>
      </w:r>
      <w:r>
        <w:rPr>
          <w:color w:val="000000"/>
          <w:rtl w:val="1"/>
        </w:rPr>
        <w:t xml:space="preserve">أنَّ قومًا ذَكَروا عندَ عُبيدِ الله بن زيادٍ الحوضَ </w:t>
      </w:r>
      <w:r>
        <w:rPr>
          <w:color w:val="000000"/>
          <w:rtl w:val="1"/>
        </w:rPr>
        <w:t xml:space="preserve">- قال حسَن: عليُّ بنُ زيد، عن الحسَن أنّه ذُكِر عند عُبيدِ الله بن زيادٍ الحَوض - فأَنكَره، وقال: ما الحَوض؟  </w:t>
      </w:r>
      <w:r>
        <w:rPr>
          <w:color w:val="000000"/>
          <w:rtl w:val="1"/>
        </w:rPr>
        <w:t xml:space="preserve">فبلَغَ ذلك أَنسَ بنَ مالك، فقال: لا جَرَمَ واللهِ لأفعَلَنَّ. فأتاهُ فقال: ذَكرتُم الحَوض؟  </w:t>
      </w:r>
      <w:r>
        <w:rPr>
          <w:color w:val="000000"/>
          <w:rtl w:val="1"/>
        </w:rPr>
        <w:t xml:space="preserve">فقال عبيدُ الله: هل سَمِعتَ رسولَ الله ﷺ يذكرُه؟  </w:t>
      </w:r>
      <w:r>
        <w:rPr>
          <w:color w:val="000000"/>
          <w:rtl w:val="1"/>
        </w:rPr>
        <w:t xml:space="preserve">فقال: نعم، أَكثرَ مِن كذا وكذا مرّةً يقول:  </w:t>
      </w:r>
      <w:r>
        <w:rPr>
          <w:color w:val="FF0000"/>
          <w:rtl w:val="1"/>
        </w:rPr>
        <w:t xml:space="preserve">«إنَّ ما بينَ طَرَفَيه كما بين أَيْلَة إلى مكَّة، - أو ما بينَ صَنعاءَ ومكَّة -،  </w:t>
      </w:r>
      <w:r>
        <w:rPr>
          <w:color w:val="000000"/>
          <w:rtl w:val="1"/>
        </w:rPr>
        <w:t xml:space="preserve">وإنَّ آنيتَه أكثرُ مِن نُجُوم السَّماء».  </w:t>
      </w:r>
      <w:r>
        <w:rPr>
          <w:color w:val="000000"/>
          <w:rtl w:val="1"/>
        </w:rPr>
        <w:t xml:space="preserve">قال حسن: «وإنَّ آنيتَه لأكثرُ مِن عَدَدِ نُجُومِ السَّماء».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بين أيلة ومكة - سعة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