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حلف باللات والعزّى ،فليقل:لا إله إلا الله-كتاب الأيْمان-صحيح مسلم — رقم الحديث: 1648 — الرقم الفرعي: 99 — الرقم الأصلي: 1648</w:t>
        <w:br/>
      </w:r>
      <w:r>
        <w:rPr>
          <w:rtl w:val="1"/>
        </w:rPr>
        <w:t xml:space="preserve"> حدثنا أبو بكر بن أبي شيبة حدثنا عبد الأعلى عن هشام عن الحسن عن عبد الرحمن بن سَمُرَة قال:قال رسول الله صلى الله عليه وسلم</w:t>
        <w:br/>
      </w:r>
      <w:r>
        <w:rPr>
          <w:color w:val="FF0000"/>
          <w:rtl w:val="1"/>
        </w:rPr>
        <w:t xml:space="preserve">«لا تَحلِفُوا بالطَّواغِي ولا بآبائِكُم».  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المحلوف به - الأيمان</w:t>
      </w:r>
    </w:p>
    <w:p>
      <w:pPr>
        <w:bidi w:val="1"/>
        <w:jc w:val="start"/>
      </w:pPr>
      <w:r>
        <w:rPr>
          <w:rtl w:val="1"/>
        </w:rPr>
        <w:t>الشرح: الدلالة: عدم الحلف والمماطلة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