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مؤتة من أرض الشأم-كتاب المغازي-صحيح البخاري — رقم الحديث: 4263 — الرقم الفرعي: 99 — الرقم الأصلي: 4263</w:t>
        <w:br/>
      </w:r>
      <w:r>
        <w:rPr>
          <w:rtl w:val="1"/>
        </w:rPr>
        <w:t xml:space="preserve"> حدثنا قتيبة حدثنا عبد الوهاب قال:سمعت يحيى بن سعيد قال:أخبرتني عَمرة قالت :سمعت عائشة،رضي الله عنها</w:t>
        <w:br/>
      </w:r>
      <w:r>
        <w:rPr>
          <w:color w:val="000000"/>
          <w:rtl w:val="1"/>
        </w:rPr>
        <w:t xml:space="preserve">تقولُ:  </w:t>
      </w:r>
      <w:r>
        <w:rPr>
          <w:color w:val="FF0000"/>
          <w:rtl w:val="1"/>
        </w:rPr>
        <w:t xml:space="preserve">لمّا جاءَ قَتْلُ ابنِ حارثةَ وجعفرِ بنِ أبي طالبٍ وعبدِ الله بنِ رَوَاحةَ، رضي الله عنهم، جَلَسَ رسولُ الله ﷺ يُعْرَفُ فيه الحُزْنُ،  </w:t>
      </w:r>
      <w:r>
        <w:rPr>
          <w:color w:val="000000"/>
          <w:rtl w:val="1"/>
        </w:rPr>
        <w:t xml:space="preserve">قالت عائشةُ: وأنا أطَّلِعُ من صائرِ الباب - تَعْني: من شَقِّ الباب - فأتاه رجلٌ فقال: أيْ رسولَ الله، إنَّ نِساءَ جعفرٍ ... قال: وذَكَرَ بُكاءَهُنَّ. فأمَرَه أنْ يَنهاهُنَّ،  </w:t>
      </w:r>
      <w:r>
        <w:rPr>
          <w:color w:val="000000"/>
          <w:rtl w:val="1"/>
        </w:rPr>
        <w:t xml:space="preserve">قال: فذهبَ الرَّجلُ، ثمَّ أتَى، فقال: قد نَهَيتُهنَّ، وذَكَرَ أنَّهن لم يُطِعْنَه، قال: فأمَرَ أيضاً،  </w:t>
      </w:r>
      <w:r>
        <w:rPr>
          <w:color w:val="000000"/>
          <w:rtl w:val="1"/>
        </w:rPr>
        <w:t xml:space="preserve">فذهبَ، ثمَّ أتَى فقال: والله لقد غَلَبنَنا. فزَعَمَتْ أنَّ رسولَ الله ﷺ قال: «فاحْثُ في أفْواهِهِنَّ منَ التُّراب»  </w:t>
      </w:r>
      <w:r>
        <w:rPr>
          <w:color w:val="000000"/>
          <w:rtl w:val="1"/>
        </w:rPr>
        <w:t xml:space="preserve">قالت عائشةُ: فقلتُ: أرغَمَ الله أنفَكَ، فوالله ما أنتَ تَفْعَلُ، وما تَرَكْتَ رسولَ الله ﷺ منَ العَناءِ. 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حزن النبي صلى الله عليه وسلم على شهداء مؤتة - غزوة مؤتة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