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رضاعة الكبير-كتاب الرضاع-صحيح مسلم — رقم الحديث: 1454 — الرقم الفرعي: 99 — الرقم الأصلي: 1454</w:t>
        <w:br/>
      </w:r>
      <w:r>
        <w:rPr>
          <w:rtl w:val="1"/>
        </w:rPr>
        <w:t xml:space="preserve"> حدثني عبد الملك بن شعيب بن الليث حدثني أبي عن جدي حدثني عُقَيْل بن خالد عن ابن شهاب أنه قال:أخبرني أبو عبيدة بن عبد الله بن زَمْعَة أنّ أُمّه،زَينبَ بنتَ أبي سلمة أخبرته أن أمّها ملاحظة أمّ سلمة زوجَ النبي صلى الله عليه وسلم</w:t>
        <w:br/>
      </w:r>
      <w:r>
        <w:rPr>
          <w:color w:val="000000"/>
          <w:rtl w:val="1"/>
        </w:rPr>
        <w:t xml:space="preserve">كانت تقول:  </w:t>
      </w:r>
      <w:r>
        <w:rPr>
          <w:color w:val="FF0000"/>
          <w:rtl w:val="1"/>
        </w:rPr>
        <w:t xml:space="preserve">أبَى سائرُ أَزواجِ النّبيِّ ﷺ أن يُدْخِلْنَ عليهنَّ أَحدًا بِتلك الرَّضاعة،  </w:t>
      </w:r>
      <w:r>
        <w:rPr>
          <w:color w:val="FF0000"/>
          <w:rtl w:val="1"/>
        </w:rPr>
        <w:t xml:space="preserve">وقُلنَ لعائشة: واللهِ ما نَرَى هذا إلّا رُخصةً أَرخَصَها رسولُ الله ﷺ لسالمٍ خاصَّة،  </w:t>
      </w:r>
      <w:r>
        <w:rPr>
          <w:color w:val="FF0000"/>
          <w:rtl w:val="1"/>
        </w:rPr>
        <w:t xml:space="preserve">فما هو بِداخلٍ علَينا أَحدٌ بهذه الرَّضاعةِ، ولا رائِينا. </w:t>
      </w:r>
    </w:p>
    <w:p>
      <w:pPr>
        <w:bidi w:val="1"/>
        <w:jc w:val="start"/>
      </w:pPr>
      <w:r>
        <w:rPr>
          <w:rtl w:val="1"/>
        </w:rPr>
        <w:t>الشرح: الدلالة: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خصوصيات بعض الصحابة. -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إرضاع الكبير - المحرمات بالرضاع</w:t>
      </w:r>
    </w:p>
    <w:p>
      <w:pPr>
        <w:bidi w:val="1"/>
        <w:jc w:val="start"/>
      </w:pPr>
      <w:r>
        <w:rPr>
          <w:rtl w:val="1"/>
        </w:rPr>
        <w:t>الشرح: الدلالة: الاجتهاد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