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علِم وعَلّم-كتاب العلم-صحيح البخاري — رقم الحديث: 79 — الرقم الفرعي: 99 — الرقم الأصلي: 79</w:t>
        <w:br/>
      </w:r>
      <w:r>
        <w:rPr>
          <w:rtl w:val="1"/>
        </w:rPr>
        <w:t xml:space="preserve"> حدثنا محمد بن العلاء قال:حدثنا حمّاد بن أسامة عن بُريد بن عبد الله عن أبي بردة عن أبي موسى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«مَثَلُ ما بَعَثَني اللهُ به منَ الهُدَى والعِلْمِ كمَثَلِ الغَيثِ الكَثيرِ أصابَ أرضًا،  </w:t>
      </w:r>
      <w:r>
        <w:rPr>
          <w:color w:val="FF0000"/>
          <w:rtl w:val="1"/>
        </w:rPr>
        <w:t xml:space="preserve">فكان منها نَقِيَّةٌ قَبِلَتِ الماءَ فأنبَتَتِ الكَلَأَ والعُشْبَ الكثيرَ،  </w:t>
      </w:r>
      <w:r>
        <w:rPr>
          <w:color w:val="FF0000"/>
          <w:rtl w:val="1"/>
        </w:rPr>
        <w:t xml:space="preserve">وكانت منها أَجادِبُ أمسَكَتِ الماءَ فنَفَعَ اللهُ بها النّاسَ، فشَرِبُوا وسَقَوْا وزَرَعُوا،  </w:t>
      </w:r>
      <w:r>
        <w:rPr>
          <w:color w:val="FF0000"/>
          <w:rtl w:val="1"/>
        </w:rPr>
        <w:t xml:space="preserve">وأصابَتْ منها طائفةً أُخرَى، إنَّما هي قِيعانٌ لا تُمسِكُ ماءً ولا تُنبِتُ كَلأً،  </w:t>
      </w:r>
      <w:r>
        <w:rPr>
          <w:color w:val="FF0000"/>
          <w:rtl w:val="1"/>
        </w:rPr>
        <w:t xml:space="preserve">فذلكَ مَثَلُ مَن فَقُهَ في دِينِ الله ونَفَعَه ما بَعَثَني اللهُ به فعَلِمَ وعَلَّمَ،  </w:t>
      </w:r>
      <w:r>
        <w:rPr>
          <w:color w:val="FF0000"/>
          <w:rtl w:val="1"/>
        </w:rPr>
        <w:t xml:space="preserve">ومَثَلُ مَن لم يَرْفَعْ بذلكَ رأسًا ولم يَقبَلْ هُدَى الله الَّذي أُرسِلْتُ به». </w:t>
      </w:r>
      <w:r>
        <w:rPr>
          <w:color w:val="FF0000"/>
          <w:rtl w:val="1"/>
        </w:rPr>
        <w:t xml:space="preserve">قال أبو عبدِ الله: قال إسحاقُ: وكان منها طائفةٌ قَيَّلَتِ الماءَ. </w:t>
      </w:r>
      <w:r>
        <w:rPr>
          <w:color w:val="FF0000"/>
          <w:rtl w:val="1"/>
        </w:rPr>
        <w:t xml:space="preserve">قاعٌ: يَعْلُوه الماءُ، والصَّفْصَفُ: المُستَوي منَ الأرضِ.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مثل ما بعث به ﷺ من الهدى واستجابة الناس له -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