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الشجاعة في الحرب-كتاب الجهاد والسير-صحيح البخاري — رقم الحديث: 2820 — الرقم الفرعي: 99 — الرقم الأصلي: 2820</w:t>
        <w:br/>
      </w:r>
      <w:r>
        <w:rPr>
          <w:rtl w:val="1"/>
        </w:rPr>
        <w:t xml:space="preserve"> حدثنا أحمد بن عبد الملك بن واقد حدثنا حمّاد بن زيد عن ثابت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النبيُّ ﷺ أحسَنَ النّاسِ، وأشْجَعَ النّاسِ، وأجْوَدَ النّاسِ،  </w:t>
      </w:r>
      <w:r>
        <w:rPr>
          <w:color w:val="000000"/>
          <w:rtl w:val="1"/>
        </w:rPr>
        <w:t xml:space="preserve">ولقد فَزِعَ أهلُ المدينةِ فكان النبيُّ ﷺ سَبَقَهم على فرسٍ، وقال: «وَجَدْناه بَحْرًا».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جماله ﷺ - في حسنه وجماله واعتدال خلقته ﷺ</w:t>
      </w:r>
    </w:p>
    <w:p>
      <w:pPr>
        <w:bidi w:val="1"/>
        <w:jc w:val="start"/>
      </w:pPr>
      <w:r>
        <w:rPr>
          <w:rtl w:val="1"/>
        </w:rPr>
        <w:t>الشرح: الدلالة: كان ﷺ أجود الناس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