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لعن الشيطان في أثناء الصلاة،والتعوذ منه *-كتاب المساجد ومواضع الصلاة-صحيح مسلم — رقم الحديث: 542 — الرقم الفرعي: 99 — الرقم الأصلي: 542</w:t>
        <w:br/>
      </w:r>
      <w:r>
        <w:rPr>
          <w:rtl w:val="1"/>
        </w:rPr>
        <w:t xml:space="preserve"> حدثنا محمد بن سلمة المُراديّ حدثنا عبد الله بن وهب عن معاوية بن صالح يقول:حدثني ربيعة بن يزيد عن أبي إدريس الخَولانيّ عن أبي الدرداء</w:t>
        <w:br/>
      </w:r>
      <w:r>
        <w:rPr>
          <w:color w:val="FF0000"/>
          <w:rtl w:val="1"/>
        </w:rPr>
        <w:t xml:space="preserve">قال: قام رَسولُ الله ﷺ فسَمِعناه يقول: «أَعوذُ بالله منك»، ثم قال «أَلعنُكَ بلَعنةِ الله» ثلاثًا،  </w:t>
      </w:r>
      <w:r>
        <w:rPr>
          <w:color w:val="FF0000"/>
          <w:rtl w:val="1"/>
        </w:rPr>
        <w:t xml:space="preserve">وبسَطَ يدَه كأنّه يتناولُ شيئًا،  </w:t>
      </w:r>
      <w:r>
        <w:rPr>
          <w:color w:val="FF0000"/>
          <w:rtl w:val="1"/>
        </w:rPr>
        <w:t xml:space="preserve">فلمَّا فرَغَ من الصَّلاةِ قلنا: يا رسولَ الله، قد سَمِعناك تقولُ في الصَّلاة شيئًا لم نَسمعْكَ تقولُه قبلَ ذلك،  </w:t>
      </w:r>
      <w:r>
        <w:rPr>
          <w:color w:val="FF0000"/>
          <w:rtl w:val="1"/>
        </w:rPr>
        <w:t xml:space="preserve">ورَأيناكَ بَسَطتَ يدَكَ،  </w:t>
      </w:r>
      <w:r>
        <w:rPr>
          <w:color w:val="FF0000"/>
          <w:rtl w:val="1"/>
        </w:rPr>
        <w:t xml:space="preserve">قال: «إنَّ عدوَّ الله إبليس، جاءَ بشِهابٍ من نارٍ لِيجعَلَه في وَجهِي، فقلتُ: أَعوذُ باللهِ منك، ثلاثَ مرَّات، ثم قلتُ: أَلعنُكَ بلَعنةِ الله التّامَّة، فلم يَستأخِر، ثلاثَ مرّات،  </w:t>
      </w:r>
      <w:r>
        <w:rPr>
          <w:color w:val="FF0000"/>
          <w:rtl w:val="1"/>
        </w:rPr>
        <w:t xml:space="preserve">ثم أَردتُ أَخْذَه، واللهِ لولا دعوةُ أَخينا سُليمانَ لأَصبحَ مُوثَقًا يلعبُ به وِلدانُ أَهل المدينة». 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عصمة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رؤيته للشيطان وقدرته عليه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معجزات الأنبياء والرسل السابقين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أسماء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عصمته ﷺ من الشيطان - خصوصيات النبي ﷺ في عصمته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