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التكبير والتسبيح عند المنام-كتاب الدعوات-صحيح البخاري — رقم الحديث: 6318 — الرقم الفرعي: 99 — الرقم الأصلي: 6318</w:t>
        <w:br/>
      </w:r>
      <w:r>
        <w:rPr>
          <w:rtl w:val="1"/>
        </w:rPr>
        <w:t xml:space="preserve"> حدثنا سليمان بن حرب حدثنا شعبة عن الحكم عن ابن أبي ليلى عن عليّ</w:t>
        <w:br/>
      </w:r>
      <w:r>
        <w:rPr>
          <w:color w:val="000000"/>
          <w:rtl w:val="1"/>
        </w:rPr>
        <w:t xml:space="preserve">أنَّ فاطمةَ، عليهما السَّلام، شَكَتْ ما تَلْقَى في يدِها منَ الرَّحَى، فأتَتِ النبيَّ ﷺ تَسْألُه خادِمًا، فلم تَجِدْه، فذَكَرَتْ ذلكَ لعائشةَ، رضي الله عنها، فلمّا جاءَ أخبَرتْه،  </w:t>
      </w:r>
      <w:r>
        <w:rPr>
          <w:color w:val="000000"/>
          <w:rtl w:val="1"/>
        </w:rPr>
        <w:t xml:space="preserve">قال: فجاءَنا وقد أخَذْنا مَضاجِعَنا، فذهبْتُ أقُومُ، فقال: «مكانَكِ»، فجَلَسَ بينَنا حتَّى وجدتُ بَرْدَ قَدَمَيه على صَدْري،  </w:t>
      </w:r>
      <w:r>
        <w:rPr>
          <w:color w:val="FF0000"/>
          <w:rtl w:val="1"/>
        </w:rPr>
        <w:t xml:space="preserve">فقال: «ألا أدُلُّكُما على ما هو خيرٌ لَكُما من خادِمٍ؟  </w:t>
      </w:r>
      <w:r>
        <w:rPr>
          <w:color w:val="FF0000"/>
          <w:rtl w:val="1"/>
        </w:rPr>
        <w:t xml:space="preserve">إذا أوَيتُما إلى فِراشِكُما - أو: أخَذْتُما مَضاجِعَكُما - فكَبِّرا ثلاثًا وثلاثِينَ، وسَبِّحا ثلاثًا وثلاثِينَ، واحمَدا ثلاثًا وثلاثِينَ،  </w:t>
      </w:r>
      <w:r>
        <w:rPr>
          <w:color w:val="FF0000"/>
          <w:rtl w:val="1"/>
        </w:rPr>
        <w:t xml:space="preserve">فهذا خيرٌ لَكُما من خادِم». </w:t>
      </w:r>
      <w:r>
        <w:rPr>
          <w:color w:val="000000"/>
          <w:rtl w:val="1"/>
        </w:rPr>
        <w:t xml:space="preserve">وعن شُعْبةَ، عن خالدٍ، عن ابنِ سِيرِينَ قال: التَّسْبِيحُ أربعٌ وثَلاثونَ.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الذِّكْر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