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17314 — الرقم الفرعي: 99 — الرقم الأصلي: 17314</w:t>
        <w:br/>
      </w:r>
      <w:r>
        <w:rPr>
          <w:rtl w:val="1"/>
        </w:rPr>
        <w:t xml:space="preserve"> حدثنا أبو العلاء،الحسن بن سَوَّار قال:حدثنا ليث عن معاوية عن أبي عثمان عن جُبَيْر بن نُفَيْر و ربيعة بن يزيد عن أبي إدريس الخَوْلانيّ و عبد الوهاب بن بُخت عن الليث بن سليم الجهنيّ كلهم يحدث عن عقبة بن عامر قال:قال عقبة</w:t>
        <w:br/>
      </w:r>
      <w:r>
        <w:rPr>
          <w:color w:val="000000"/>
          <w:rtl w:val="1"/>
        </w:rPr>
        <w:t xml:space="preserve">كُنَّا نَخْدُمُ أَنفُسَنَا، وَكُنَّا نَتدَاوَلُ رَعِيَّةَ الْإِبِلِ بَيْننَا، فَأَصَابَني رَعِيَّةُ الْإِبلِ فَرَوَّحْتُهَا بِعَشِيٍّ، فَأَدْرَكْتُ رَسُولَ اللهِ ﷺ وَهُوَ قَائِمٌ يُحَدِّثُ النَّاسَ،  </w:t>
      </w:r>
      <w:r>
        <w:rPr>
          <w:color w:val="000000"/>
          <w:rtl w:val="1"/>
        </w:rPr>
        <w:t xml:space="preserve">فَأَدْرَكْتُ مِنْ حَدِيثِهِ وَهُوَ يَقُولُ: «مَا مِنْكُمْ مِنْ أَحَدٍ يَتوَضَّأُ فَيُسْبِغُ الْوُضُوءَ، ثُمَّ يَقُومُ فَيَرْكَعُ رَكْعَتيْنِ يُقْبِلُ عَلَيْهِمَا بِقَلْبِهِ وَوَجْهِهِ، إِلَّا وَجَبَتْ لَهُ الْجَنَّةُ وَغُفِرَ لَهُ» </w:t>
      </w:r>
      <w:r>
        <w:rPr>
          <w:color w:val="000000"/>
          <w:rtl w:val="1"/>
        </w:rPr>
        <w:t xml:space="preserve">قَالَ: فَقُلْتُ: مَا أَجْوَدَ هَذَا قَالَ: فَقالَ قَائِلٌ بَيْنَ يَدِي: الَّتِي كَانَ قَبْلَهَا يَا عُقْبَةُ أَجْوَدُ مِنْهَا. فَنَظَرْتُ. فَإِذَا عُمَرُ بْنُ الْخَطَّابِ، قَالَ: فَقُلْتُ: وَمَا هِيَ يَا أَبا حَفْصٍ؟  </w:t>
      </w:r>
      <w:r>
        <w:rPr>
          <w:color w:val="000000"/>
          <w:rtl w:val="1"/>
        </w:rPr>
        <w:t xml:space="preserve">قَالَ: إِنَّهُ قَالَ قَبْلَ أَنْ تَأْتِيَ: «مَا مِنْكُمْ مِنْ أَحَدٍ يَتوَضَّأُ، فَيُسْبِغُ الوُضُوءَ، ثُمَّ يَقُولُ: أَشْهَدُ أَنْ لَا إِلَهَ إِلَّا اللهُ وَحْدَهُ لَا شَرِيكَ لَهُ، وَأَنَّ مُحَمَّدًا عَبْدُهُ وَرَسُولُهُ، إِلَّا فُتِحَتْ لَهُ أَبوَابُ الجَنَّةِ الثَّمَانِيَةِ، يَدْخُلُ مِنْ أيّها شَاءَ»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