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جهر الإمام بالتأمين-كتاب الصلاة-صحيح البخاري — رقم الحديث: 780 — الرقم الفرعي: 99 — الرقم الأصلي: 780</w:t>
        <w:br/>
      </w:r>
      <w:r>
        <w:rPr>
          <w:rtl w:val="1"/>
        </w:rPr>
        <w:t xml:space="preserve"> حدثنا عبد الله بن يوسف قال: أخبرنا مالك عن ابن شهاب عن سعيد بن المسيب و أبي سلمة بن عبد الرحمن أنهما أخبراه عن أبي هريرة أنّ النبيّ صلى الله عليه وسلم</w:t>
        <w:br/>
      </w:r>
      <w:r>
        <w:rPr>
          <w:color w:val="FF0000"/>
          <w:rtl w:val="1"/>
        </w:rPr>
        <w:t xml:space="preserve">قال: «إذا أمَّنَ الإمامُ فأمِّنُوا،  </w:t>
      </w:r>
      <w:r>
        <w:rPr>
          <w:color w:val="FF0000"/>
          <w:rtl w:val="1"/>
        </w:rPr>
        <w:t xml:space="preserve">فإنَّه مَن وافَقَ تَأْمينُه تَأْمينَ الملائكةِ غُفِرَ له ما تَقدَّمَ من ذَنبِه». </w:t>
      </w:r>
      <w:r>
        <w:rPr>
          <w:color w:val="000000"/>
          <w:rtl w:val="1"/>
        </w:rPr>
        <w:t xml:space="preserve">وقال ابنُ شِهَاب: وكان رسولُ الله ﷺ يقولُ: «آمينَ».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التأمين في الصلاة - متابعة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