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21840 — الرقم الفرعي: 99 — الرقم الأصلي: 21840</w:t>
        <w:br/>
      </w:r>
      <w:r>
        <w:rPr>
          <w:rtl w:val="1"/>
        </w:rPr>
        <w:t xml:space="preserve"> حدثنا سريج بن النعمان ثنا هشيم أنبأنا مُجالِد عن الشعبيّ ثنا الأشعث بن قيس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قدِمتُ على رسولِ الله ﷺ في وفدِ كِندةَ،  </w:t>
      </w:r>
      <w:r>
        <w:rPr>
          <w:color w:val="000000"/>
          <w:rtl w:val="1"/>
        </w:rPr>
        <w:t xml:space="preserve">فقالَ لي: «هل لكَ مِن ولد؟» قلتُ: غلامٌ وُلد لي في مَخرَجِي إليكَ من ابنةِ جَمْد، ولَودِدتُ أنَّ مكانَه شِبَعُ القَوم،  </w:t>
      </w:r>
      <w:r>
        <w:rPr>
          <w:color w:val="000000"/>
          <w:rtl w:val="1"/>
        </w:rPr>
        <w:t xml:space="preserve">قال: «لا تقولَنَّ ذلك، فإنَّ فيهم قُرَّةَ عَينٍ وأَجرًا إذا قُبِضُوا، ثمّ لَئِنْ قلتَ ذاك، إنَّهم لَمَجْبنَةٌ مَحْزَنة، إنَّهم لَمِجْبنةٌ مَحزَنة».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وفد كندة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