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الدّنو من السترة-كتاب الصلاة-سنن أبي داود — رقم الحديث: 695 — الرقم الفرعي: 99 — الرقم الأصلي: 695</w:t>
        <w:br/>
      </w:r>
      <w:r>
        <w:rPr>
          <w:rtl w:val="1"/>
        </w:rPr>
        <w:t xml:space="preserve"> حدثنا محمد بن الصّبّاح بن سفيان أخبرنا سفيان ح وثنا عثمان بن أبي شيبة و حامد بن يحيى و ابن السّرح قالوا:ثنا سفيان عن صفوان بن سليم عن نافع بن جبير عن سهل بن أبي حثْمة يبلغ به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صلَّى أَحدُكم إلى سُتْرةٍ فلْيَدْنُ منها، لا يَقطَعِ الشَّيطانُ عليه صلاتَه». </w:t>
      </w:r>
      <w:r>
        <w:rPr>
          <w:color w:val="000000"/>
          <w:rtl w:val="1"/>
        </w:rPr>
        <w:t xml:space="preserve">قال أبو داود: ورواهُ واقِدُ بن محمّد، عن صَفوان، عن محمّد بن سَهْل، عن أبيه، أو عن محمّدِ بن سَهْل، عن النّبيِّ ﷺ. </w:t>
      </w:r>
      <w:r>
        <w:rPr>
          <w:color w:val="000000"/>
          <w:rtl w:val="1"/>
        </w:rPr>
        <w:t xml:space="preserve">وقال بعضُهم: عن نافع بن جُبَير، عن سَهْل بن سَعْد. واختُلفَ في إسنادِه.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موضع السترة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