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أخذ الأجر على التأذين-كتاب الصلاة-سنن أبي داود — رقم الحديث: 531 — الرقم الفرعي: 99 — الرقم الأصلي: 531</w:t>
        <w:br/>
      </w:r>
      <w:r>
        <w:rPr>
          <w:rtl w:val="1"/>
        </w:rPr>
        <w:t xml:space="preserve"> حدثنا موسى بن إسماعيل ثنا حمّاد أخبرنا سعيد الجريريّ عن أبي العلاء عن مطرّف بن عبد الله عن عثمان بن أبي العاص ملاحظة قال:قلت،وقال موسى في موضع آخر:</w:t>
        <w:br/>
      </w:r>
      <w:r>
        <w:rPr>
          <w:color w:val="FF0000"/>
          <w:rtl w:val="1"/>
        </w:rPr>
        <w:t xml:space="preserve">إنَّ عُثمانَ بنَ أَبي العاص قال: يا رسولَ الله، اجعَلْني إمامَ قَومِي،  </w:t>
      </w:r>
      <w:r>
        <w:rPr>
          <w:color w:val="FF0000"/>
          <w:rtl w:val="1"/>
        </w:rPr>
        <w:t xml:space="preserve">قال: «أنتَ إمامُهم، واقتَدِ بأَضعَفِهم،  </w:t>
      </w:r>
      <w:r>
        <w:rPr>
          <w:color w:val="FF0000"/>
          <w:rtl w:val="1"/>
        </w:rPr>
        <w:t xml:space="preserve">واتخِذْ مُؤذِّنًا لا يأخذُ على أَذانِه أَجرًا».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الأذان تطوعاً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وفد ثقيف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