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معاشرة النساء-كتاب النكاح-سنن ابن ماجة — رقم الحديث: 1977 — الرقم الفرعي: 99 — الرقم الأصلي: 1977</w:t>
        <w:br/>
      </w:r>
      <w:r>
        <w:rPr>
          <w:rtl w:val="1"/>
        </w:rPr>
        <w:t xml:space="preserve"> حدثنا أبو بكر بن خلف و محمد بن يحيى قالا:ثنا أبو عاصم عن جعفر بن يحيى بن ثوبان عن عمّه عُمارة بن ثوبان عن عطاء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«خَيرُكُم خَيرُكُم لِأهلِه، وأَنا خَيرُكُم لِأَهلِي».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