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22487 — الرقم الفرعي: 99 — الرقم الأصلي: 22487 — ج: 5 — ص: 288</w:t>
        <w:br/>
      </w:r>
      <w:r>
        <w:rPr>
          <w:rtl w:val="1"/>
        </w:rPr>
        <w:t xml:space="preserve"> حدثنا عبد الرحمن بن مهديّ ثنا معاوية عن ضمرة بن حبيب أنّ ابن زغب الإياديّ</w:t>
        <w:br/>
      </w:r>
      <w:r>
        <w:rPr>
          <w:color w:val="000000"/>
          <w:rtl w:val="1"/>
        </w:rPr>
        <w:t xml:space="preserve">حدّثه، قال:  </w:t>
      </w:r>
      <w:r>
        <w:rPr>
          <w:color w:val="000000"/>
          <w:rtl w:val="1"/>
        </w:rPr>
        <w:t xml:space="preserve">نزَلَ عليَّ عبدُ الله بن حَوالةَ الأزديّ، فقالَ لي وإنَّه لنازِلٌ عليَّ في بَيتي:  </w:t>
      </w:r>
      <w:r>
        <w:rPr>
          <w:color w:val="FF0000"/>
          <w:rtl w:val="1"/>
        </w:rPr>
        <w:t xml:space="preserve">بعَثَنا رسولُ الله ﷺ حولَ المَدينةِ على أَقدامِنا لِنَغْنَم، فرَجَعْنا ولم نَغنَم شَيئًا، وعَرَفَ الجَهدَ في وجوهِنا،  </w:t>
      </w:r>
      <w:r>
        <w:rPr>
          <w:color w:val="FF0000"/>
          <w:rtl w:val="1"/>
        </w:rPr>
        <w:t xml:space="preserve">فقامَ فينا فقال: «اللَّهمَّ لا تَكِلْهُم إليَّ فأَضعُفُ، ولا تَكِلْهُم إلى أَنفُسِهم فيَعْجِزوا عنها، ولا تَكِلْهُم إلى النّاس فيَستأثِروا عليهم»  </w:t>
      </w:r>
      <w:r>
        <w:rPr>
          <w:color w:val="FF0000"/>
          <w:rtl w:val="1"/>
        </w:rPr>
        <w:t xml:space="preserve">ثم قال: «ليُفتَحَنَّ لكُم الشَّامُ والرُّومُ وفارس، أو الرُّومُ وفارس، حتى يكونَ لأحدِكم مِن الإبل كذا وكذا، ومِن البَقرِ كذا وكذا، ومن الغَنم، حتى يُعطَى أَحدُكم مِئةَ دِينارٍ فيَسْخَطَها»  </w:t>
      </w:r>
      <w:r>
        <w:rPr>
          <w:color w:val="FF0000"/>
          <w:rtl w:val="1"/>
        </w:rPr>
        <w:t xml:space="preserve">ثم وَضعَ يدَه على رأسي، أو هامَتي فقال: «يا ابنَ حَوالةَ، إذا رأيتَ الخِلافةَ قد نَزلت الأَرضَ المُقدَّسة، فقد دَنَت الزَّلازلُ والبَلايا والأُمورُ العِظام، والسَّاعةُ يومَئذٍ أَقربُ إلى النّاسِ مِن يدِي هذِه إلى رأسِك».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