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شهادة الزور-كتاب الشهادات-صحيح البخاري — رقم الحديث: 2654 — الرقم الفرعي: 99 — الرقم الأصلي: 2654</w:t>
        <w:br/>
      </w:r>
      <w:r>
        <w:rPr>
          <w:rtl w:val="1"/>
        </w:rPr>
        <w:t xml:space="preserve"> حدثنا مُسَدّد حدثنا بشر بن المفضّل حدثنا الجُريريّ عن عبد الرحمن بن أبي بكرة عن أبيه رضي الله عنه قال:قال النبيّ صلى الله عليه وسلم</w:t>
        <w:br/>
      </w:r>
      <w:r>
        <w:rPr>
          <w:color w:val="000000"/>
          <w:rtl w:val="1"/>
        </w:rPr>
        <w:t xml:space="preserve">«ألَا أُنبِّئُكم بأكبَرِ الكبائرِ» ثلاثاً، قالوا: بَلَى يا رسولَ الله، قال:  </w:t>
      </w:r>
      <w:r>
        <w:rPr>
          <w:color w:val="000000"/>
          <w:rtl w:val="1"/>
        </w:rPr>
        <w:t xml:space="preserve">«الإشْراكُ بالله،  </w:t>
      </w:r>
      <w:r>
        <w:rPr>
          <w:color w:val="000000"/>
          <w:rtl w:val="1"/>
        </w:rPr>
        <w:t xml:space="preserve">وعُقُوقُ الوالدَينِ» وجَلَسَ ــ وكان مُتَّكِئاً ــ فقال:  </w:t>
      </w:r>
      <w:r>
        <w:rPr>
          <w:color w:val="FF0000"/>
          <w:rtl w:val="1"/>
        </w:rPr>
        <w:t xml:space="preserve">«ألَا وقولُ الزُّورِ» قال: فما زالَ يُكرِّرُها حتَّى قلنا: لَيتَه سَكَتَ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