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وقف في الطواف-كتاب الحجّ-صحيح البخاري — رقم الحديث: 1624 — الرقم الفرعي: 99 — الرقم الأصلي: 1624</w:t>
        <w:br/>
      </w:r>
      <w:r>
        <w:rPr>
          <w:rtl w:val="1"/>
        </w:rPr>
        <w:t xml:space="preserve"> قال:وسألت جابر بن عبد الله رضي الله عنهما</w:t>
        <w:br/>
      </w:r>
      <w:r>
        <w:rPr>
          <w:color w:val="FF0000"/>
          <w:rtl w:val="1"/>
        </w:rPr>
        <w:t xml:space="preserve">فقال: لا يَقرَبُ امرأتَه حتَّى يَطُوفَ بينَ الصَّفا والمَرْوةِ.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عقد النكاح والجماع والمباشرة - منهيات الإحرام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