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الخليطين-كتاب الأشربة-سنن أبي داود — رقم الحديث: 3705 — الرقم الفرعي: 99 — الرقم الأصلي: 3705</w:t>
        <w:br/>
      </w:r>
      <w:r>
        <w:rPr>
          <w:rtl w:val="1"/>
        </w:rPr>
        <w:t xml:space="preserve"> حدثنا سليمان بن حرب و حفص بن عمر النمريّ قالا:ثنا شعبة عن الحكم عن ابن أبي ليلى عن رجُل ملاحظة قال حفص:من أصحاب النبيّ صلى الله عليه وسلم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عن البَلَحِ والتَّمرِ،  </w:t>
      </w:r>
      <w:r>
        <w:rPr>
          <w:color w:val="FF0000"/>
          <w:rtl w:val="1"/>
        </w:rPr>
        <w:t xml:space="preserve">والزَّبيبِ والتَّمرِ.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نبيذ التمر المخلوط بالزبيب - النبيذ</w:t>
      </w:r>
    </w:p>
    <w:p>
      <w:pPr>
        <w:bidi w:val="1"/>
        <w:jc w:val="start"/>
      </w:pPr>
      <w:r>
        <w:rPr>
          <w:rtl w:val="1"/>
        </w:rPr>
        <w:t>الشرح: الدلالة: نبيذ التمر المخلوط بالبلح - النبيذ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