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وصية الإمام-كتاب الجهاد-سنن ابن ماجة — رقم الحديث: 2857 — الرقم الفرعي: 99 — الرقم الأصلي: 2857</w:t>
        <w:br/>
      </w:r>
      <w:r>
        <w:rPr>
          <w:rtl w:val="1"/>
        </w:rPr>
        <w:t xml:space="preserve"> حدثنا الحسن بن عليّ الخلاّل ثنا أبو أسامة حدثني عطيّة بن الحارث أبو روق الهمدانيّ حدثني أبو الغريف عبيد الله بن خليفة عن صفوان بن عسّال</w:t>
        <w:br/>
      </w:r>
      <w:r>
        <w:rPr>
          <w:color w:val="FF0000"/>
          <w:rtl w:val="1"/>
        </w:rPr>
        <w:t xml:space="preserve">قال: بَعَثَنا رَسولُ الله ﷺ في سَرِيَّة، فقال:  </w:t>
      </w:r>
      <w:r>
        <w:rPr>
          <w:color w:val="FF0000"/>
          <w:rtl w:val="1"/>
        </w:rPr>
        <w:t xml:space="preserve">«سِيرُوا باسمِ اللهِ، وفي سَبيلِ الله، قاتِلُوا مَن كَفَر بالله،  </w:t>
      </w:r>
      <w:r>
        <w:rPr>
          <w:color w:val="FF0000"/>
          <w:rtl w:val="1"/>
        </w:rPr>
        <w:t xml:space="preserve">ولا تُمَثِّلوا، ولا تَغدِرُوا، ولا تَغلُّوا، ولا تَقتُلُوا وَليدًا».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عدم قتل الشيوخ والنساء والأطفال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عدم التمثيل بالقتلى وغيرهم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السرايا والدوريات</w:t>
      </w:r>
    </w:p>
    <w:p>
      <w:pPr>
        <w:bidi w:val="1"/>
        <w:jc w:val="start"/>
      </w:pPr>
      <w:r>
        <w:rPr>
          <w:rtl w:val="1"/>
        </w:rPr>
        <w:t>الشرح: الدلالة: تدبير النبي ﷺ العسكري.</w:t>
      </w:r>
    </w:p>
    <w:p>
      <w:pPr>
        <w:bidi w:val="1"/>
        <w:jc w:val="start"/>
      </w:pPr>
      <w:r>
        <w:rPr>
          <w:rtl w:val="1"/>
        </w:rPr>
        <w:t>الشرح: الدلالة: الحسن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رحمة النبي صلى الله عليه وسلم  وحسن جواره وحرصه وشفقته على أمته وعلى الناس جميعا - أخلاق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سياسة النبي صلى الله عليه وسلم الخارجية.////////////////////////////</w:t>
      </w:r>
    </w:p>
    <w:p>
      <w:pPr>
        <w:bidi w:val="1"/>
        <w:jc w:val="start"/>
      </w:pPr>
      <w:r>
        <w:rPr>
          <w:rtl w:val="1"/>
        </w:rPr>
        <w:t>الشرح: الدلالة: التنفيذ - إجراءات عمل الدوريات والسرايا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