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4742 — الرقم الفرعي: 99 — الرقم الأصلي: 4742</w:t>
        <w:br/>
      </w:r>
      <w:r>
        <w:rPr>
          <w:rtl w:val="1"/>
        </w:rPr>
        <w:t xml:space="preserve"> حدثنا أبو أسامة حدثنا عبيدالله عن أبي بكر بن سالم عن أبيه عن جدّه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 الذي يَكذبُ علَيَّ يُبنَى له بَيتٌ في النّار».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حرمة الكذب على النبي صلى الله عليه وسلم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* بيوت النار - ثامنًا: صفة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