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12247 — الرقم الفرعي: 99 — الرقم الأصلي: 12247 — ج: 3 — ص: 124</w:t>
        <w:br/>
      </w:r>
      <w:r>
        <w:rPr>
          <w:rtl w:val="1"/>
        </w:rPr>
        <w:t xml:space="preserve"> حدثنا عبد الله حدثني أبي ثنا إسماعيل بن إبراهيم حدثنا عبد العَزيز بن صهيب وقال مرة:أخبرنا عبد العزيز بن صهيب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معاذُ بن جبَلٍ يَؤمُّ قومَه،  </w:t>
      </w:r>
      <w:r>
        <w:rPr>
          <w:color w:val="000000"/>
          <w:rtl w:val="1"/>
        </w:rPr>
        <w:t xml:space="preserve">فدخَلَ حَرامٌ وهو يُريدُ أن يَسقيَ نخْلَهُ، فدخَلَ المسجدَ لَيُصلِّي مع القَوم،  </w:t>
      </w:r>
      <w:r>
        <w:rPr>
          <w:color w:val="000000"/>
          <w:rtl w:val="1"/>
        </w:rPr>
        <w:t xml:space="preserve">فلما رأى معاذًا طَوَّل، تَجَوَّز في صَلاتِه ولَحِقَ بنَخلِه يَسقِيه،  </w:t>
      </w:r>
      <w:r>
        <w:rPr>
          <w:color w:val="000000"/>
          <w:rtl w:val="1"/>
        </w:rPr>
        <w:t xml:space="preserve">فلما قَضَى معاذٌ الصَّلاة، قيل له: إنَّ حرَامًا دخَلَ المسجدَ، فلما رآك طَوّلتَ، تَجَوَّز في صَلاتِه، ولَحِقَ بنَخلِه يَسقِيه،  </w:t>
      </w:r>
      <w:r>
        <w:rPr>
          <w:color w:val="000000"/>
          <w:rtl w:val="1"/>
        </w:rPr>
        <w:t xml:space="preserve">قال: إنّه لَمنُافِق، أيَعجَلُ عن الصّلاةِ من أَجلِ سَقي نَخلِه!  </w:t>
      </w:r>
      <w:r>
        <w:rPr>
          <w:color w:val="000000"/>
          <w:rtl w:val="1"/>
        </w:rPr>
        <w:t xml:space="preserve">قال: فجاءَ حرَامٌ إلى النّبيِّ ﷺ ومعاذٌ عندَه، فقال: يا نبيَّ الله، إنِّي أَردتُ أن أَسقِيَ نَخلًا لي، فدخَلْتُ المسجدَ لأُصَلِّي مع القوم، فلمّا طَوَّل تَجَوَّزتُ في صَلاتي، ولحقتُ بنَخلي أَسقِيه، فزعَم أنِّي مُنافِق،  </w:t>
      </w:r>
      <w:r>
        <w:rPr>
          <w:color w:val="FF0000"/>
          <w:rtl w:val="1"/>
        </w:rPr>
        <w:t xml:space="preserve">فأَقبلَ النّبيُّ ﷺ على معاذٍ، فقال: «أَفتَّانٌ أنت؟ لا تُطَوِّل بهم، اقرأ بسَبِّح اسمَ ربِّك الأعلى، والشَّمسِ وضحاها، ونحوِهما».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بقدرات الناس وما يحتملون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