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غزوة الحديبية-كتاب المغازي-صحيح البخاري — رقم الحديث: 4155 — الرقم الفرعي: 99 — الرقم الأصلي: 4155</w:t>
        <w:br/>
      </w:r>
      <w:r>
        <w:rPr>
          <w:rtl w:val="1"/>
        </w:rPr>
        <w:t xml:space="preserve"> وقال عبيد الله بن معاذ حدثنا أبي حدثنا شُعبة عن عمرو بن مُرّة حدثني عبد الله بن أبي أوفى،رضي الله عنهما</w:t>
        <w:br/>
      </w:r>
      <w:r>
        <w:rPr>
          <w:color w:val="FF0000"/>
          <w:rtl w:val="1"/>
        </w:rPr>
        <w:t xml:space="preserve">كان أصحابُ الشجرةِ ألْفًا وثلاثَ مئةٍ،  </w:t>
      </w:r>
      <w:r>
        <w:rPr>
          <w:color w:val="000000"/>
          <w:rtl w:val="1"/>
        </w:rPr>
        <w:t xml:space="preserve">وكانت أسلَمُ ثُمُنَ المهاجِرِينَ. </w:t>
      </w:r>
      <w:r>
        <w:rPr>
          <w:color w:val="000000"/>
          <w:rtl w:val="1"/>
        </w:rPr>
        <w:t xml:space="preserve">تابَعَه محمَّدُ بنُ بشَّارٍ، حدَّثنا أبو داودَ، حدَّثنا شُعْبةُ.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ما ورد في القبائل - المناقب</w:t>
      </w:r>
    </w:p>
    <w:p>
      <w:pPr>
        <w:bidi w:val="1"/>
        <w:jc w:val="start"/>
      </w:pPr>
      <w:r>
        <w:rPr>
          <w:rtl w:val="1"/>
        </w:rPr>
        <w:t>الشرح: الدلالة: ما ورد في فضل المهاجرين بعامة - مناقب المهاجرين</w:t>
      </w:r>
    </w:p>
    <w:p>
      <w:pPr>
        <w:bidi w:val="1"/>
        <w:jc w:val="start"/>
      </w:pPr>
      <w:r>
        <w:rPr>
          <w:rtl w:val="1"/>
        </w:rPr>
        <w:t>الشرح: الدلالة: ما ورد في غفار وأسلم ومزينة وأشجع وجهينة - ما ورد في القبائل</w:t>
      </w:r>
    </w:p>
    <w:p>
      <w:pPr>
        <w:bidi w:val="1"/>
        <w:jc w:val="start"/>
      </w:pPr>
      <w:r>
        <w:rPr>
          <w:rtl w:val="1"/>
        </w:rPr>
        <w:t>الشرح: الدلالة: التاريخ والسير والعلوم الاجتماعية - المحتوى (المواد التعليمية)</w:t>
      </w:r>
    </w:p>
    <w:p>
      <w:pPr>
        <w:bidi w:val="1"/>
        <w:jc w:val="start"/>
      </w:pPr>
      <w:r>
        <w:rPr>
          <w:rtl w:val="1"/>
        </w:rPr>
        <w:t>الشرح: الدلالة: الخلاف في عدد الذين صحبوا النبي صلى الله عليه وسلم إلى الحديبية - غزوة الحديبية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