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النيّة-كتاب الزهد-سنن ابن ماجة — رقم الحديث: 4228 — الرقم الفرعي: 1 — الرقم الأصلي: 4228</w:t>
        <w:br/>
      </w:r>
      <w:r>
        <w:rPr>
          <w:rtl w:val="1"/>
        </w:rPr>
        <w:t xml:space="preserve"> حدثنا أبو بكر بن أبي شيبة و عليّ بن محمد قالا:ثنا وكيع ثنا الأعمش عن سالم بن أبي الجعد عن أبي كبشة الأنماريّ قال:قال رسول الله صلى الله عليه وسلم</w:t>
        <w:br/>
      </w:r>
      <w:r>
        <w:rPr>
          <w:color w:val="000000"/>
          <w:rtl w:val="1"/>
        </w:rPr>
        <w:t xml:space="preserve">«مَثَلُ هذِه الأُمّةِ كمَثَلِ أَربعَةِ نَفَر:  </w:t>
      </w:r>
      <w:r>
        <w:rPr>
          <w:color w:val="000000"/>
          <w:rtl w:val="1"/>
        </w:rPr>
        <w:t xml:space="preserve">رجلٌ آتاهُ اللهُ مالًا وعِلمًا، فهو يَعمَلُ بعِلْمِه في مالِه، يُنفِقُه في حقِّه،  </w:t>
      </w:r>
      <w:r>
        <w:rPr>
          <w:color w:val="FF0000"/>
          <w:rtl w:val="1"/>
        </w:rPr>
        <w:t xml:space="preserve">ورَجلٌ آتاهُ اللهُ عِلمًا ولم يُؤتِه مالًا، فهو يقول: لو كانَ لي مِثلُ هذا عَمِلتُ فيه مِثلَ الذي يَعمَل»  </w:t>
      </w:r>
      <w:r>
        <w:rPr>
          <w:color w:val="FF0000"/>
          <w:rtl w:val="1"/>
        </w:rPr>
        <w:t xml:space="preserve">قال رسول الله ﷺ: «فهُما في الأَجرِ سَواء،  </w:t>
      </w:r>
      <w:r>
        <w:rPr>
          <w:color w:val="000000"/>
          <w:rtl w:val="1"/>
        </w:rPr>
        <w:t xml:space="preserve">ورجلٌ آتاهُ اللهُ مالًا ولم يُؤتِه عِلمًا، فهو يَخبِطُ في مالِه، يُنفِقُه في غيرِ حقِّه،  </w:t>
      </w:r>
      <w:r>
        <w:rPr>
          <w:color w:val="000000"/>
          <w:rtl w:val="1"/>
        </w:rPr>
        <w:t xml:space="preserve">ورَجلٌ لم يُؤتِه اللهُ عِلمًا ولا مالًا، فهو يقول: لو كانَ لي مِثلُ ما لِهذا عَمِلتُ فيه مِثلَ الذي يَعمَل»  </w:t>
      </w:r>
      <w:r>
        <w:rPr>
          <w:color w:val="000000"/>
          <w:rtl w:val="1"/>
        </w:rPr>
        <w:t xml:space="preserve">قال رسول الله ﷺ: «فهُما في الوِزرِ سَواء».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صدق المجاهدين والعلماء والدعاة - قيم الصدق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