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17955 — الرقم الفرعي: 99 — الرقم الأصلي: 17955 — ج: 4 — ص: 223</w:t>
        <w:br/>
      </w:r>
      <w:r>
        <w:rPr>
          <w:rtl w:val="1"/>
        </w:rPr>
        <w:t xml:space="preserve"> حدثنا عمر بن هارون البلخيّ،أبو حفص ثنا ابن جريج عن بعض بني يعلى بن أميّة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النّبيَّ ﷺ مُضطَبِعًا بين الصَّفا والمروةِ ببُردٍ له نجْرانيّ.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