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تسألوا أهل الكتاب عن شيء-الاعتصام بالكتاب-صحيح البخاري — رقم الحديث: 7362 — الرقم الفرعي: 99 — الرقم الأصلي: 7362</w:t>
        <w:br/>
      </w:r>
      <w:r>
        <w:rPr>
          <w:rtl w:val="1"/>
        </w:rPr>
        <w:t xml:space="preserve"> حدثني محمد بن بشار حدثنا عثمان بن عمر أخبرنا عليّ بن المبارك عن يحيى بن أبي كثير عن أبي سلمة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أهلُ الكتاب يَقرَؤون التَّوْراةَ بالعِبْرانيَّةِ، ويُفَسِّرونَها بالعَرَبيَّةِ لأهلِ الإسلامِ،  </w:t>
      </w:r>
      <w:r>
        <w:rPr>
          <w:color w:val="FF0000"/>
          <w:rtl w:val="1"/>
        </w:rPr>
        <w:t xml:space="preserve">فقال رسولُ الله ﷺ: «لا تُصَدِّقُوا أهلَ الكتاب، ولا تُكَذِّبُوهم،  </w:t>
      </w:r>
      <w:r>
        <w:rPr>
          <w:color w:val="FF0000"/>
          <w:rtl w:val="1"/>
        </w:rPr>
        <w:t xml:space="preserve">وقولوا: آمَنّا بالله وما أُنزِلَ إلينا وما أُنزِلَ إليكم».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الإيمان بالكتب السَّماوية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معرفة اللغات الأخرى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الإيمان بالكتب المنزلة إجمالاً وأدلته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