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الأنصار،رضي الله عنهم-كتاب فضائل الصحابة-صحيح مسلم — رقم الحديث: 2508 — الرقم الفرعي: 99 — الرقم الأصلي: 2508</w:t>
        <w:br/>
      </w:r>
      <w:r>
        <w:rPr>
          <w:rtl w:val="1"/>
        </w:rPr>
        <w:t xml:space="preserve"> حدثني أبو بكر بن أبي شيبة و زهير بن حرب جميعاً عن ابن عُلَيَّة ملاحظة واللفظ لزهير حدثنا إسماعيل عن عبد العزيز ملاحظة وهو ابن صهيب عن أنس</w:t>
        <w:br/>
      </w:r>
      <w:r>
        <w:rPr>
          <w:color w:val="FF0000"/>
          <w:rtl w:val="1"/>
        </w:rPr>
        <w:t xml:space="preserve">أنَّ النّبيَّ ﷺ رأى صِبيانًا ونِساءًا مُقبِلِين مِن عُرسٍ، فقام نبيُّ الله ﷺ مُمْثِلًا،  </w:t>
      </w:r>
      <w:r>
        <w:rPr>
          <w:color w:val="FF0000"/>
          <w:rtl w:val="1"/>
        </w:rPr>
        <w:t xml:space="preserve">فقال: «اللّهمَّ أَنتُم مِن أَحبِّ النّاسِ إليَّ، اللّهمَّ أَنتم مِن أَحبِّ النّاسِ إليَّ» يعني الأَنصار.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للأنصار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